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F14A2" w14:textId="77777777" w:rsidR="006D4AD2" w:rsidRDefault="006D4AD2"/>
    <w:p w14:paraId="0897496C" w14:textId="77777777" w:rsidR="006D4AD2" w:rsidRDefault="006D4AD2"/>
    <w:p w14:paraId="2EE85B0C" w14:textId="77777777" w:rsidR="006D4AD2" w:rsidRDefault="006D4AD2"/>
    <w:p w14:paraId="22F9B8A6" w14:textId="77777777" w:rsidR="006D4AD2" w:rsidRDefault="006D4AD2"/>
    <w:p w14:paraId="612D7140" w14:textId="77777777" w:rsidR="006D4AD2" w:rsidRDefault="006D4AD2"/>
    <w:p w14:paraId="275E7FE4" w14:textId="77777777" w:rsidR="006D4AD2" w:rsidRDefault="00F339D6">
      <w:pPr>
        <w:spacing w:after="200"/>
        <w:jc w:val="center"/>
      </w:pPr>
      <w:r>
        <w:rPr>
          <w:b/>
          <w:color w:val="06AED4"/>
          <w:sz w:val="26"/>
        </w:rPr>
        <w:t>MODUL PRAKTIKUM</w:t>
      </w:r>
    </w:p>
    <w:p w14:paraId="6F5D06EC" w14:textId="77777777" w:rsidR="006D4AD2" w:rsidRDefault="00F339D6">
      <w:pPr>
        <w:spacing w:after="160"/>
        <w:jc w:val="center"/>
      </w:pPr>
      <w:r>
        <w:rPr>
          <w:b/>
          <w:color w:val="0B2545"/>
          <w:sz w:val="60"/>
        </w:rPr>
        <w:t>UI DAN UX DESAIN</w:t>
      </w:r>
    </w:p>
    <w:p w14:paraId="5EDF754F" w14:textId="77777777" w:rsidR="006D4AD2" w:rsidRDefault="00F339D6">
      <w:pPr>
        <w:spacing w:after="400"/>
        <w:jc w:val="center"/>
      </w:pPr>
      <w:r>
        <w:rPr>
          <w:color w:val="155EEF"/>
          <w:sz w:val="30"/>
        </w:rPr>
        <w:t>Berbasis Outcome-Based Education (OBE)</w:t>
      </w:r>
    </w:p>
    <w:p w14:paraId="3DA42EFE" w14:textId="77777777" w:rsidR="006D4AD2" w:rsidRDefault="00F339D6">
      <w:pPr>
        <w:jc w:val="center"/>
      </w:pPr>
      <w:r>
        <w:rPr>
          <w:color w:val="5B6573"/>
        </w:rPr>
        <w:t>Program Studi Desain Komunikasi Visual</w:t>
      </w:r>
      <w:r>
        <w:rPr>
          <w:color w:val="5B6573"/>
        </w:rPr>
        <w:br/>
        <w:t>4 SKS: 2 SKS Teori + 2 SKS Praktikum</w:t>
      </w:r>
      <w:r>
        <w:rPr>
          <w:color w:val="5B6573"/>
        </w:rPr>
        <w:br/>
        <w:t>16 Pertemuan termasuk UTS dan UAS</w:t>
      </w:r>
    </w:p>
    <w:p w14:paraId="5EAB9133" w14:textId="77777777" w:rsidR="006D4AD2" w:rsidRDefault="006D4AD2"/>
    <w:p w14:paraId="76EE43F1" w14:textId="77777777" w:rsidR="006D4AD2" w:rsidRDefault="006D4AD2"/>
    <w:tbl>
      <w:tblPr>
        <w:tblW w:w="9360" w:type="dxa"/>
        <w:jc w:val="center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6D4AD2" w14:paraId="1AFC06B0" w14:textId="77777777">
        <w:trPr>
          <w:jc w:val="center"/>
        </w:trPr>
        <w:tc>
          <w:tcPr>
            <w:tcW w:w="2700" w:type="dxa"/>
            <w:shd w:val="clear" w:color="auto" w:fill="0B2545"/>
            <w:vAlign w:val="center"/>
          </w:tcPr>
          <w:p w14:paraId="2DB15C6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Penyusun</w:t>
            </w:r>
          </w:p>
        </w:tc>
        <w:tc>
          <w:tcPr>
            <w:tcW w:w="6660" w:type="dxa"/>
            <w:vAlign w:val="center"/>
          </w:tcPr>
          <w:p w14:paraId="0832ABF8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........................................................</w:t>
            </w:r>
          </w:p>
        </w:tc>
      </w:tr>
      <w:tr w:rsidR="006D4AD2" w14:paraId="7BFF85D2" w14:textId="77777777">
        <w:trPr>
          <w:jc w:val="center"/>
        </w:trPr>
        <w:tc>
          <w:tcPr>
            <w:tcW w:w="2700" w:type="dxa"/>
            <w:shd w:val="clear" w:color="auto" w:fill="0B2545"/>
            <w:vAlign w:val="center"/>
          </w:tcPr>
          <w:p w14:paraId="51994D4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NIDN</w:t>
            </w:r>
          </w:p>
        </w:tc>
        <w:tc>
          <w:tcPr>
            <w:tcW w:w="6660" w:type="dxa"/>
            <w:vAlign w:val="center"/>
          </w:tcPr>
          <w:p w14:paraId="01357CC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........................................................</w:t>
            </w:r>
          </w:p>
        </w:tc>
      </w:tr>
      <w:tr w:rsidR="006D4AD2" w14:paraId="052B5371" w14:textId="77777777">
        <w:trPr>
          <w:jc w:val="center"/>
        </w:trPr>
        <w:tc>
          <w:tcPr>
            <w:tcW w:w="2700" w:type="dxa"/>
            <w:shd w:val="clear" w:color="auto" w:fill="0B2545"/>
            <w:vAlign w:val="center"/>
          </w:tcPr>
          <w:p w14:paraId="14BDD2B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Institusi</w:t>
            </w:r>
          </w:p>
        </w:tc>
        <w:tc>
          <w:tcPr>
            <w:tcW w:w="6660" w:type="dxa"/>
            <w:vAlign w:val="center"/>
          </w:tcPr>
          <w:p w14:paraId="51495414" w14:textId="1B7B1A84" w:rsidR="006D4AD2" w:rsidRDefault="00F339D6">
            <w:pPr>
              <w:spacing w:after="0" w:line="240" w:lineRule="auto"/>
            </w:pPr>
            <w:r>
              <w:rPr>
                <w:sz w:val="18"/>
              </w:rPr>
              <w:t xml:space="preserve">Institut Informatika </w:t>
            </w:r>
            <w:r>
              <w:rPr>
                <w:sz w:val="18"/>
              </w:rPr>
              <w:t>Bisnis Darmajaya</w:t>
            </w:r>
          </w:p>
        </w:tc>
      </w:tr>
      <w:tr w:rsidR="006D4AD2" w14:paraId="288FBAF9" w14:textId="77777777">
        <w:trPr>
          <w:jc w:val="center"/>
        </w:trPr>
        <w:tc>
          <w:tcPr>
            <w:tcW w:w="2700" w:type="dxa"/>
            <w:shd w:val="clear" w:color="auto" w:fill="0B2545"/>
            <w:vAlign w:val="center"/>
          </w:tcPr>
          <w:p w14:paraId="6A2CD72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Tahun Akademik</w:t>
            </w:r>
          </w:p>
        </w:tc>
        <w:tc>
          <w:tcPr>
            <w:tcW w:w="6660" w:type="dxa"/>
            <w:vAlign w:val="center"/>
          </w:tcPr>
          <w:p w14:paraId="55473A2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........................................................</w:t>
            </w:r>
          </w:p>
        </w:tc>
      </w:tr>
    </w:tbl>
    <w:p w14:paraId="2D04A824" w14:textId="77777777" w:rsidR="006D4AD2" w:rsidRDefault="00F339D6">
      <w:pPr>
        <w:spacing w:before="1600"/>
        <w:jc w:val="center"/>
      </w:pPr>
      <w:r>
        <w:rPr>
          <w:i/>
          <w:color w:val="5B6573"/>
          <w:sz w:val="18"/>
        </w:rPr>
        <w:t>Buku kerja mahasiswa: riset - struktur - antarmuka - prototipe - pengujian - portofolio</w:t>
      </w:r>
    </w:p>
    <w:p w14:paraId="26B34412" w14:textId="77777777" w:rsidR="006D4AD2" w:rsidRDefault="00F339D6">
      <w:r>
        <w:br w:type="page"/>
      </w:r>
    </w:p>
    <w:p w14:paraId="46473BF5" w14:textId="77777777" w:rsidR="006D4AD2" w:rsidRDefault="00F339D6">
      <w:pPr>
        <w:pStyle w:val="Heading1"/>
      </w:pPr>
      <w:r>
        <w:lastRenderedPageBreak/>
        <w:t>Petunjuk Penggunaan Modul</w:t>
      </w:r>
    </w:p>
    <w:p w14:paraId="35D4028B" w14:textId="77777777" w:rsidR="006D4AD2" w:rsidRDefault="00F339D6">
      <w:r>
        <w:t>Modul ini menjadi panduan kerja praktikum selama satu semester. Setiap pertemuan m</w:t>
      </w:r>
      <w:r>
        <w:t>enghasilkan artefak yang digunakan kembali pada tahap berikutnya. Mahasiswa wajib menyimpan versi file, mendokumentasikan keputusan, serta membedakan data pengguna dari asumsi pribadi.</w:t>
      </w:r>
    </w:p>
    <w:p w14:paraId="21724E7D" w14:textId="77777777" w:rsidR="006D4AD2" w:rsidRDefault="00F339D6">
      <w:pPr>
        <w:pStyle w:val="Heading2"/>
      </w:pPr>
      <w:r>
        <w:t>Capaian Praktikum</w:t>
      </w:r>
    </w:p>
    <w:p w14:paraId="3939C988" w14:textId="77777777" w:rsidR="006D4AD2" w:rsidRDefault="00F339D6">
      <w:pPr>
        <w:pStyle w:val="ListBullet"/>
        <w:keepLines/>
      </w:pPr>
      <w:r>
        <w:t>Melakukan riset dan sintesis kebutuhan pengguna secar</w:t>
      </w:r>
      <w:r>
        <w:t>a etis.</w:t>
      </w:r>
    </w:p>
    <w:p w14:paraId="78F5421E" w14:textId="77777777" w:rsidR="006D4AD2" w:rsidRDefault="00F339D6">
      <w:pPr>
        <w:pStyle w:val="ListBullet"/>
        <w:keepLines/>
      </w:pPr>
      <w:r>
        <w:t>Merancang information architecture, user flow, wireframe, visual UI, dan design system.</w:t>
      </w:r>
    </w:p>
    <w:p w14:paraId="73F65F53" w14:textId="77777777" w:rsidR="006D4AD2" w:rsidRDefault="00F339D6">
      <w:pPr>
        <w:pStyle w:val="ListBullet"/>
        <w:keepLines/>
      </w:pPr>
      <w:r>
        <w:t>Mengembangkan prototipe interaktif serta menguji usability dan aksesibilitasnya.</w:t>
      </w:r>
    </w:p>
    <w:p w14:paraId="4DB3D8AE" w14:textId="77777777" w:rsidR="006D4AD2" w:rsidRDefault="00F339D6">
      <w:pPr>
        <w:pStyle w:val="ListBullet"/>
        <w:keepLines/>
      </w:pPr>
      <w:r>
        <w:t>Mempresentasikan proses dan hasil sebagai UX case study profesional.</w:t>
      </w:r>
    </w:p>
    <w:p w14:paraId="078C69D9" w14:textId="77777777" w:rsidR="006D4AD2" w:rsidRDefault="00F339D6">
      <w:pPr>
        <w:pStyle w:val="Heading2"/>
      </w:pPr>
      <w:r>
        <w:t>Perangkat dan Akun</w:t>
      </w:r>
    </w:p>
    <w:p w14:paraId="30C56D1E" w14:textId="77777777" w:rsidR="006D4AD2" w:rsidRDefault="00F339D6">
      <w:pPr>
        <w:pStyle w:val="ListBullet"/>
        <w:keepLines/>
      </w:pPr>
      <w:r>
        <w:t>Laptop/PC dan koneksi internet.</w:t>
      </w:r>
    </w:p>
    <w:p w14:paraId="20F7F616" w14:textId="77777777" w:rsidR="006D4AD2" w:rsidRDefault="00F339D6">
      <w:pPr>
        <w:pStyle w:val="ListBullet"/>
        <w:keepLines/>
      </w:pPr>
      <w:r>
        <w:t>Figma dan FigJam atau perangkat lunak setara.</w:t>
      </w:r>
    </w:p>
    <w:p w14:paraId="63A869D4" w14:textId="77777777" w:rsidR="006D4AD2" w:rsidRDefault="00F339D6">
      <w:pPr>
        <w:pStyle w:val="ListBullet"/>
        <w:keepLines/>
      </w:pPr>
      <w:r>
        <w:t>Browser modern, contrast checker, dan aplikasi dokumentasi.</w:t>
      </w:r>
    </w:p>
    <w:p w14:paraId="4EF0E0ED" w14:textId="77777777" w:rsidR="006D4AD2" w:rsidRDefault="00F339D6">
      <w:pPr>
        <w:pStyle w:val="ListBullet"/>
        <w:keepLines/>
      </w:pPr>
      <w:r>
        <w:t>Folder proyek dengan struktur: 01_Riset, 02_Sintesis, 03_Flow, 04_Wireframe, 05_UI, 06_Prototype, 0</w:t>
      </w:r>
      <w:r>
        <w:t>7_Testing, 08_CaseStudy.</w:t>
      </w:r>
    </w:p>
    <w:p w14:paraId="09F1C80E" w14:textId="77777777" w:rsidR="006D4AD2" w:rsidRDefault="00F339D6">
      <w:pPr>
        <w:pStyle w:val="Heading2"/>
      </w:pPr>
      <w:r>
        <w:t>Etika, Integritas, dan Penggunaan AI</w:t>
      </w:r>
    </w:p>
    <w:p w14:paraId="1B948067" w14:textId="77777777" w:rsidR="006D4AD2" w:rsidRDefault="00F339D6">
      <w:pPr>
        <w:pStyle w:val="ListBullet"/>
        <w:keepLines/>
      </w:pPr>
      <w:r>
        <w:t>Meminta persetujuan sebelum merekam atau menyimpan data partisipan.</w:t>
      </w:r>
    </w:p>
    <w:p w14:paraId="2B0EB58D" w14:textId="77777777" w:rsidR="006D4AD2" w:rsidRDefault="00F339D6">
      <w:pPr>
        <w:pStyle w:val="ListBullet"/>
        <w:keepLines/>
      </w:pPr>
      <w:r>
        <w:t>Menganonimkan identitas dan hanya mengumpulkan data yang diperlukan.</w:t>
      </w:r>
    </w:p>
    <w:p w14:paraId="6E57BCA9" w14:textId="77777777" w:rsidR="006D4AD2" w:rsidRDefault="00F339D6">
      <w:pPr>
        <w:pStyle w:val="ListBullet"/>
        <w:keepLines/>
      </w:pPr>
      <w:r>
        <w:t>Tidak memalsukan wawancara, pengujian, metrik, atau insig</w:t>
      </w:r>
      <w:r>
        <w:t>ht.</w:t>
      </w:r>
    </w:p>
    <w:p w14:paraId="36ED8273" w14:textId="77777777" w:rsidR="006D4AD2" w:rsidRDefault="00F339D6">
      <w:pPr>
        <w:pStyle w:val="ListBullet"/>
        <w:keepLines/>
      </w:pPr>
      <w:r>
        <w:t>Mencantumkan sumber aset, template, ikon, gambar, dan referensi.</w:t>
      </w:r>
    </w:p>
    <w:p w14:paraId="50B254B6" w14:textId="77777777" w:rsidR="006D4AD2" w:rsidRDefault="00F339D6">
      <w:pPr>
        <w:pStyle w:val="ListBullet"/>
        <w:keepLines/>
      </w:pPr>
      <w:r>
        <w:t>Mendeklarasikan penggunaan AI generatif; mahasiswa tetap bertanggung jawab atas validitas data dan keputusan desain.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E32D67F" w14:textId="77777777">
        <w:tc>
          <w:tcPr>
            <w:tcW w:w="9360" w:type="dxa"/>
            <w:shd w:val="clear" w:color="auto" w:fill="F4F6F9"/>
          </w:tcPr>
          <w:p w14:paraId="6468A946" w14:textId="77777777" w:rsidR="006D4AD2" w:rsidRDefault="00F339D6">
            <w:pPr>
              <w:spacing w:after="40"/>
            </w:pPr>
            <w:r>
              <w:rPr>
                <w:b/>
                <w:color w:val="155EEF"/>
                <w:sz w:val="18"/>
              </w:rPr>
              <w:t xml:space="preserve">PRINSIP UTAMA  </w:t>
            </w:r>
            <w:r>
              <w:rPr>
                <w:sz w:val="18"/>
              </w:rPr>
              <w:t xml:space="preserve">Setiap keputusan desain harus dapat </w:t>
            </w:r>
            <w:r>
              <w:rPr>
                <w:sz w:val="18"/>
              </w:rPr>
              <w:t>ditelusuri ke kebutuhan pengguna, tujuan tugas, prinsip desain, atau hasil pengujian.</w:t>
            </w:r>
          </w:p>
        </w:tc>
      </w:tr>
    </w:tbl>
    <w:p w14:paraId="1F5B877A" w14:textId="77777777" w:rsidR="006D4AD2" w:rsidRDefault="00F339D6">
      <w:pPr>
        <w:pStyle w:val="Heading2"/>
      </w:pPr>
      <w:r>
        <w:t>Sistem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1500"/>
        <w:gridCol w:w="4360"/>
      </w:tblGrid>
      <w:tr w:rsidR="006D4AD2" w14:paraId="0C4C6637" w14:textId="77777777">
        <w:tc>
          <w:tcPr>
            <w:tcW w:w="3500" w:type="dxa"/>
            <w:shd w:val="clear" w:color="auto" w:fill="0B2545"/>
            <w:vAlign w:val="center"/>
          </w:tcPr>
          <w:p w14:paraId="156915C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Komponen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B7577E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Bobot</w:t>
            </w:r>
          </w:p>
        </w:tc>
        <w:tc>
          <w:tcPr>
            <w:tcW w:w="4360" w:type="dxa"/>
            <w:shd w:val="clear" w:color="auto" w:fill="0B2545"/>
            <w:vAlign w:val="center"/>
          </w:tcPr>
          <w:p w14:paraId="6486392D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Bukti</w:t>
            </w:r>
          </w:p>
        </w:tc>
      </w:tr>
      <w:tr w:rsidR="006D4AD2" w14:paraId="4186A021" w14:textId="77777777">
        <w:tc>
          <w:tcPr>
            <w:tcW w:w="3500" w:type="dxa"/>
            <w:vAlign w:val="center"/>
          </w:tcPr>
          <w:p w14:paraId="69FA10E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Modul 1-7</w:t>
            </w:r>
          </w:p>
        </w:tc>
        <w:tc>
          <w:tcPr>
            <w:tcW w:w="1500" w:type="dxa"/>
            <w:vAlign w:val="center"/>
          </w:tcPr>
          <w:p w14:paraId="3967BF0B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8"/>
              </w:rPr>
              <w:t>30%</w:t>
            </w:r>
          </w:p>
        </w:tc>
        <w:tc>
          <w:tcPr>
            <w:tcW w:w="4360" w:type="dxa"/>
            <w:vAlign w:val="center"/>
          </w:tcPr>
          <w:p w14:paraId="5C18E14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Artefak riset, sintesis, flow, dan wireframe</w:t>
            </w:r>
          </w:p>
        </w:tc>
      </w:tr>
      <w:tr w:rsidR="006D4AD2" w14:paraId="7A0BA015" w14:textId="77777777">
        <w:tc>
          <w:tcPr>
            <w:tcW w:w="3500" w:type="dxa"/>
            <w:vAlign w:val="center"/>
          </w:tcPr>
          <w:p w14:paraId="64B9F53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UTS</w:t>
            </w:r>
          </w:p>
        </w:tc>
        <w:tc>
          <w:tcPr>
            <w:tcW w:w="1500" w:type="dxa"/>
            <w:vAlign w:val="center"/>
          </w:tcPr>
          <w:p w14:paraId="4D004585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8"/>
              </w:rPr>
              <w:t>15%</w:t>
            </w:r>
          </w:p>
        </w:tc>
        <w:tc>
          <w:tcPr>
            <w:tcW w:w="4360" w:type="dxa"/>
            <w:vAlign w:val="center"/>
          </w:tcPr>
          <w:p w14:paraId="1E77EEA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Konsep UX dan low-fidelity prototype</w:t>
            </w:r>
          </w:p>
        </w:tc>
      </w:tr>
      <w:tr w:rsidR="006D4AD2" w14:paraId="019E6130" w14:textId="77777777">
        <w:tc>
          <w:tcPr>
            <w:tcW w:w="3500" w:type="dxa"/>
            <w:vAlign w:val="center"/>
          </w:tcPr>
          <w:p w14:paraId="2B094BE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Modul 9-15</w:t>
            </w:r>
          </w:p>
        </w:tc>
        <w:tc>
          <w:tcPr>
            <w:tcW w:w="1500" w:type="dxa"/>
            <w:vAlign w:val="center"/>
          </w:tcPr>
          <w:p w14:paraId="1EB1A39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8"/>
              </w:rPr>
              <w:t>40%</w:t>
            </w:r>
          </w:p>
        </w:tc>
        <w:tc>
          <w:tcPr>
            <w:tcW w:w="4360" w:type="dxa"/>
            <w:vAlign w:val="center"/>
          </w:tcPr>
          <w:p w14:paraId="1FDD234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 xml:space="preserve">UI, </w:t>
            </w:r>
            <w:r>
              <w:rPr>
                <w:sz w:val="18"/>
              </w:rPr>
              <w:t>design system, prototype, testing, iterasi, case study</w:t>
            </w:r>
          </w:p>
        </w:tc>
      </w:tr>
      <w:tr w:rsidR="006D4AD2" w14:paraId="076E95D7" w14:textId="77777777">
        <w:tc>
          <w:tcPr>
            <w:tcW w:w="3500" w:type="dxa"/>
            <w:vAlign w:val="center"/>
          </w:tcPr>
          <w:p w14:paraId="3403297B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UAS</w:t>
            </w:r>
          </w:p>
        </w:tc>
        <w:tc>
          <w:tcPr>
            <w:tcW w:w="1500" w:type="dxa"/>
            <w:vAlign w:val="center"/>
          </w:tcPr>
          <w:p w14:paraId="785B329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8"/>
              </w:rPr>
              <w:t>15%</w:t>
            </w:r>
          </w:p>
        </w:tc>
        <w:tc>
          <w:tcPr>
            <w:tcW w:w="4360" w:type="dxa"/>
            <w:vAlign w:val="center"/>
          </w:tcPr>
          <w:p w14:paraId="5DB1C20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Proyek akhir terintegrasi dan presentasi</w:t>
            </w:r>
          </w:p>
        </w:tc>
      </w:tr>
      <w:tr w:rsidR="006D4AD2" w14:paraId="0E79EEA9" w14:textId="77777777">
        <w:tc>
          <w:tcPr>
            <w:tcW w:w="3500" w:type="dxa"/>
            <w:vAlign w:val="center"/>
          </w:tcPr>
          <w:p w14:paraId="38770B2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Total</w:t>
            </w:r>
          </w:p>
        </w:tc>
        <w:tc>
          <w:tcPr>
            <w:tcW w:w="1500" w:type="dxa"/>
            <w:vAlign w:val="center"/>
          </w:tcPr>
          <w:p w14:paraId="49F3E442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8"/>
              </w:rPr>
              <w:t>100%</w:t>
            </w:r>
          </w:p>
        </w:tc>
        <w:tc>
          <w:tcPr>
            <w:tcW w:w="4360" w:type="dxa"/>
            <w:vAlign w:val="center"/>
          </w:tcPr>
          <w:p w14:paraId="2C8892F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t>Seluruh artefak dan refleksi</w:t>
            </w:r>
          </w:p>
        </w:tc>
      </w:tr>
    </w:tbl>
    <w:p w14:paraId="76C58B54" w14:textId="77777777" w:rsidR="006D4AD2" w:rsidRDefault="00F339D6">
      <w:pPr>
        <w:pStyle w:val="Heading2"/>
      </w:pPr>
      <w:r>
        <w:lastRenderedPageBreak/>
        <w:t>Daftar Modul</w:t>
      </w:r>
    </w:p>
    <w:p w14:paraId="137F0FBA" w14:textId="77777777" w:rsidR="006D4AD2" w:rsidRDefault="00F339D6">
      <w:pPr>
        <w:pStyle w:val="ListNumber"/>
      </w:pPr>
      <w:r>
        <w:t>Orientasi UI/UX dan Audit Produk Digital (CPMK-1)</w:t>
      </w:r>
    </w:p>
    <w:p w14:paraId="0C8B0FF1" w14:textId="77777777" w:rsidR="006D4AD2" w:rsidRDefault="00F339D6">
      <w:pPr>
        <w:pStyle w:val="ListNumber"/>
      </w:pPr>
      <w:r>
        <w:t xml:space="preserve">Heuristic Evaluation dan Etika </w:t>
      </w:r>
      <w:r>
        <w:t>Antarmuka (CPMK-1)</w:t>
      </w:r>
    </w:p>
    <w:p w14:paraId="4DEF3AF6" w14:textId="77777777" w:rsidR="006D4AD2" w:rsidRDefault="00F339D6">
      <w:pPr>
        <w:pStyle w:val="ListNumber"/>
      </w:pPr>
      <w:r>
        <w:t>UX Research Plan dan Wawancara Pengguna (CPMK-2)</w:t>
      </w:r>
    </w:p>
    <w:p w14:paraId="6DB5C1DC" w14:textId="77777777" w:rsidR="006D4AD2" w:rsidRDefault="00F339D6">
      <w:pPr>
        <w:pStyle w:val="ListNumber"/>
      </w:pPr>
      <w:r>
        <w:t>Affinity Mapping, Insight, Persona, dan Empathy Map (CPMK-2)</w:t>
      </w:r>
    </w:p>
    <w:p w14:paraId="70DB1499" w14:textId="77777777" w:rsidR="006D4AD2" w:rsidRDefault="00F339D6">
      <w:pPr>
        <w:pStyle w:val="ListNumber"/>
      </w:pPr>
      <w:r>
        <w:t>User Journey dan Problem Definition (CPMK-2)</w:t>
      </w:r>
    </w:p>
    <w:p w14:paraId="1FB21F34" w14:textId="77777777" w:rsidR="006D4AD2" w:rsidRDefault="00F339D6">
      <w:pPr>
        <w:pStyle w:val="ListNumber"/>
      </w:pPr>
      <w:r>
        <w:t>Information Architecture, Sitemap, dan User Flow (CPMK-3)</w:t>
      </w:r>
    </w:p>
    <w:p w14:paraId="0F63DDD8" w14:textId="77777777" w:rsidR="006D4AD2" w:rsidRDefault="00F339D6">
      <w:pPr>
        <w:pStyle w:val="ListNumber"/>
      </w:pPr>
      <w:r>
        <w:t xml:space="preserve">Ideasi dan Low-Fidelity </w:t>
      </w:r>
      <w:r>
        <w:t>Wireframe (CPMK-4)</w:t>
      </w:r>
    </w:p>
    <w:p w14:paraId="054253AE" w14:textId="77777777" w:rsidR="006D4AD2" w:rsidRDefault="00F339D6">
      <w:pPr>
        <w:pStyle w:val="ListNumber"/>
      </w:pPr>
      <w:r>
        <w:t>UTS - Presentasi Konsep UX dan Low-Fidelity Prototype (CPMK-2 s.d. CPMK-4)</w:t>
      </w:r>
    </w:p>
    <w:p w14:paraId="5C90F421" w14:textId="77777777" w:rsidR="006D4AD2" w:rsidRDefault="00F339D6">
      <w:pPr>
        <w:pStyle w:val="ListNumber"/>
      </w:pPr>
      <w:r>
        <w:t>Visual UI: Grid, Warna, Tipografi, dan Style Tile (CPMK-4)</w:t>
      </w:r>
    </w:p>
    <w:p w14:paraId="3FF27F7D" w14:textId="77777777" w:rsidR="006D4AD2" w:rsidRDefault="00F339D6">
      <w:pPr>
        <w:pStyle w:val="ListNumber"/>
      </w:pPr>
      <w:r>
        <w:t>Mini Design System dan Reusable Components (CPMK-5)</w:t>
      </w:r>
    </w:p>
    <w:p w14:paraId="5511AEA8" w14:textId="77777777" w:rsidR="006D4AD2" w:rsidRDefault="00F339D6">
      <w:pPr>
        <w:pStyle w:val="ListNumber"/>
      </w:pPr>
      <w:r>
        <w:t>High-Fidelity dan Responsive Interface (CPMK-4)</w:t>
      </w:r>
    </w:p>
    <w:p w14:paraId="2266517A" w14:textId="77777777" w:rsidR="006D4AD2" w:rsidRDefault="00F339D6">
      <w:pPr>
        <w:pStyle w:val="ListNumber"/>
      </w:pPr>
      <w:r>
        <w:t>Int</w:t>
      </w:r>
      <w:r>
        <w:t>eractive Prototype dan Microinteraction (CPMK-5)</w:t>
      </w:r>
    </w:p>
    <w:p w14:paraId="4A50851E" w14:textId="77777777" w:rsidR="006D4AD2" w:rsidRDefault="00F339D6">
      <w:pPr>
        <w:pStyle w:val="ListNumber"/>
      </w:pPr>
      <w:r>
        <w:t>Usability Testing dengan Pengguna (CPMK-6)</w:t>
      </w:r>
    </w:p>
    <w:p w14:paraId="0E0FBAE6" w14:textId="77777777" w:rsidR="006D4AD2" w:rsidRDefault="00F339D6">
      <w:pPr>
        <w:pStyle w:val="ListNumber"/>
      </w:pPr>
      <w:r>
        <w:t>Analisis Temuan, Iterasi, dan Accessibility Check (CPMK-6)</w:t>
      </w:r>
    </w:p>
    <w:p w14:paraId="0C81CBB8" w14:textId="77777777" w:rsidR="006D4AD2" w:rsidRDefault="00F339D6">
      <w:pPr>
        <w:pStyle w:val="ListNumber"/>
      </w:pPr>
      <w:r>
        <w:t>UX Case Study dan Presentasi Portofolio (CPMK-7)</w:t>
      </w:r>
    </w:p>
    <w:p w14:paraId="6A71143A" w14:textId="77777777" w:rsidR="006D4AD2" w:rsidRDefault="00F339D6">
      <w:pPr>
        <w:pStyle w:val="ListNumber"/>
      </w:pPr>
      <w:r>
        <w:t>UAS - Final UI/UX Project Showcase (CPMK-4 s.d. CPMK-7)</w:t>
      </w:r>
    </w:p>
    <w:p w14:paraId="0F21F2BA" w14:textId="77777777" w:rsidR="006D4AD2" w:rsidRDefault="00F339D6">
      <w:r>
        <w:br w:type="page"/>
      </w:r>
    </w:p>
    <w:p w14:paraId="24699480" w14:textId="77777777" w:rsidR="006D4AD2" w:rsidRDefault="00F339D6">
      <w:pPr>
        <w:spacing w:after="60"/>
      </w:pPr>
      <w:r>
        <w:rPr>
          <w:b/>
          <w:color w:val="E85D4A"/>
          <w:sz w:val="24"/>
        </w:rPr>
        <w:lastRenderedPageBreak/>
        <w:t>MODUL 01</w:t>
      </w:r>
    </w:p>
    <w:p w14:paraId="0172BE8E" w14:textId="77777777" w:rsidR="006D4AD2" w:rsidRDefault="00F339D6">
      <w:pPr>
        <w:spacing w:after="140"/>
      </w:pPr>
      <w:r>
        <w:rPr>
          <w:b/>
          <w:color w:val="0B2545"/>
          <w:sz w:val="46"/>
        </w:rPr>
        <w:t>Orientasi UI/UX dan Audit Produk Digital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128D6CFB" w14:textId="77777777">
        <w:tc>
          <w:tcPr>
            <w:tcW w:w="1500" w:type="dxa"/>
            <w:shd w:val="clear" w:color="auto" w:fill="0B2545"/>
            <w:vAlign w:val="center"/>
          </w:tcPr>
          <w:p w14:paraId="2A050F1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1F201C4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CPMK-1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DEA977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1BC292F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C2, P1, A2</w:t>
            </w:r>
          </w:p>
        </w:tc>
      </w:tr>
      <w:tr w:rsidR="006D4AD2" w14:paraId="4F32B124" w14:textId="77777777">
        <w:tc>
          <w:tcPr>
            <w:tcW w:w="1500" w:type="dxa"/>
            <w:shd w:val="clear" w:color="auto" w:fill="0B2545"/>
            <w:vAlign w:val="center"/>
          </w:tcPr>
          <w:p w14:paraId="569AA77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0616A2D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D71A27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7B71937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66C29069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3B0CC6C2" wp14:editId="7431D49E">
            <wp:extent cx="5394960" cy="30571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0048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>Ilustrasi Modul 1: Orientasi UI/UX dan Audit Produk Digital</w:t>
      </w:r>
    </w:p>
    <w:p w14:paraId="79B6B8D2" w14:textId="77777777" w:rsidR="006D4AD2" w:rsidRDefault="00F339D6">
      <w:pPr>
        <w:pStyle w:val="Heading2"/>
      </w:pPr>
      <w:r>
        <w:t>A. Tujuan Praktikum</w:t>
      </w:r>
    </w:p>
    <w:p w14:paraId="71DD5B5A" w14:textId="77777777" w:rsidR="006D4AD2" w:rsidRDefault="00F339D6">
      <w:pPr>
        <w:pStyle w:val="ListBullet"/>
        <w:keepLines/>
      </w:pPr>
      <w:r>
        <w:t xml:space="preserve">Membedakan UI, UX, interaction </w:t>
      </w:r>
      <w:r>
        <w:t>design, dan product design.</w:t>
      </w:r>
    </w:p>
    <w:p w14:paraId="540690B1" w14:textId="77777777" w:rsidR="006D4AD2" w:rsidRDefault="00F339D6">
      <w:pPr>
        <w:pStyle w:val="ListBullet"/>
        <w:keepLines/>
      </w:pPr>
      <w:r>
        <w:t>Mengoperasikan area kerja dasar Figma/FigJam.</w:t>
      </w:r>
    </w:p>
    <w:p w14:paraId="1AE9C007" w14:textId="77777777" w:rsidR="006D4AD2" w:rsidRDefault="00F339D6">
      <w:pPr>
        <w:pStyle w:val="ListBullet"/>
        <w:keepLines/>
      </w:pPr>
      <w:r>
        <w:t>Mendokumentasikan masalah awal produk digital dari sudut pengguna.</w:t>
      </w:r>
    </w:p>
    <w:p w14:paraId="14788B56" w14:textId="77777777" w:rsidR="006D4AD2" w:rsidRDefault="00F339D6">
      <w:pPr>
        <w:pStyle w:val="Heading2"/>
      </w:pPr>
      <w:r>
        <w:t>B. Ringkasan Konsep</w:t>
      </w:r>
    </w:p>
    <w:p w14:paraId="6F861DF5" w14:textId="77777777" w:rsidR="006D4AD2" w:rsidRDefault="00F339D6">
      <w:pPr>
        <w:pStyle w:val="ListBullet"/>
        <w:keepLines/>
      </w:pPr>
      <w:r>
        <w:t>UI berkaitan dengan elemen visual dan kontrol yang digunakan saat berinteraksi.</w:t>
      </w:r>
    </w:p>
    <w:p w14:paraId="0738374B" w14:textId="77777777" w:rsidR="006D4AD2" w:rsidRDefault="00F339D6">
      <w:pPr>
        <w:pStyle w:val="ListBullet"/>
        <w:keepLines/>
      </w:pPr>
      <w:r>
        <w:t xml:space="preserve">UX </w:t>
      </w:r>
      <w:r>
        <w:t>mencakup pengalaman sebelum, selama, dan setelah interaksi dengan produk.</w:t>
      </w:r>
    </w:p>
    <w:p w14:paraId="12ADF252" w14:textId="77777777" w:rsidR="006D4AD2" w:rsidRDefault="00F339D6">
      <w:pPr>
        <w:pStyle w:val="ListBullet"/>
        <w:keepLines/>
      </w:pPr>
      <w:r>
        <w:t>Human-Centered Design menempatkan kebutuhan, kemampuan, dan konteks pengguna sebagai dasar keputusan.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4BA59C81" w14:textId="77777777">
        <w:tc>
          <w:tcPr>
            <w:tcW w:w="9360" w:type="dxa"/>
            <w:shd w:val="clear" w:color="auto" w:fill="F4F6F9"/>
          </w:tcPr>
          <w:p w14:paraId="3635DE80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Laporan audit awal 2-3 halaman, 5-7 screenshot beranotasi, dan fil</w:t>
            </w:r>
            <w:r>
              <w:rPr>
                <w:sz w:val="18"/>
              </w:rPr>
              <w:t>e latihan Figma.</w:t>
            </w:r>
          </w:p>
        </w:tc>
      </w:tr>
    </w:tbl>
    <w:p w14:paraId="2B71F00F" w14:textId="77777777" w:rsidR="006D4AD2" w:rsidRDefault="00F339D6">
      <w:pPr>
        <w:pStyle w:val="Heading2"/>
      </w:pPr>
      <w:r>
        <w:t>C. Alat dan Bahan</w:t>
      </w:r>
    </w:p>
    <w:p w14:paraId="4D133834" w14:textId="77777777" w:rsidR="006D4AD2" w:rsidRDefault="00F339D6">
      <w:r>
        <w:t>Laptop/PC, Figma/FigJam, browser, aplikasi yang dipilih, lembar audit.</w:t>
      </w:r>
    </w:p>
    <w:p w14:paraId="75600B0A" w14:textId="77777777" w:rsidR="006D4AD2" w:rsidRDefault="00F339D6">
      <w:pPr>
        <w:pStyle w:val="Heading2"/>
      </w:pPr>
      <w:r>
        <w:lastRenderedPageBreak/>
        <w:t>D. Persiapan</w:t>
      </w:r>
    </w:p>
    <w:p w14:paraId="00946AE9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58D60BE3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2692F9DB" w14:textId="77777777" w:rsidR="006D4AD2" w:rsidRDefault="00F339D6">
      <w:pPr>
        <w:pStyle w:val="ListBullet"/>
        <w:keepLines/>
      </w:pPr>
      <w:r>
        <w:t>Siapkan artefa</w:t>
      </w:r>
      <w:r>
        <w:t>k dari pertemuan sebelumnya yang menjadi input.</w:t>
      </w:r>
    </w:p>
    <w:p w14:paraId="6F880532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503C49AC" w14:textId="77777777" w:rsidR="006D4AD2" w:rsidRDefault="00F339D6">
      <w:pPr>
        <w:pStyle w:val="Heading2"/>
      </w:pPr>
      <w:r>
        <w:t>E. Langkah Kerja</w:t>
      </w:r>
    </w:p>
    <w:p w14:paraId="33E324BA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Pilih satu aplikasi atau situs yang sering digunakan mahasiswa.</w:t>
      </w:r>
    </w:p>
    <w:p w14:paraId="2C04B3DC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 xml:space="preserve">Tentukan satu tujuan pengguna, misalnya mendaftar, </w:t>
      </w:r>
      <w:r>
        <w:t>mencari informasi, atau melakukan transaksi.</w:t>
      </w:r>
    </w:p>
    <w:p w14:paraId="4B74D2EB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Tangkap 5-7 layar yang membentuk alur tersebut.</w:t>
      </w:r>
    </w:p>
    <w:p w14:paraId="5BCC4C99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Tandai elemen UI penting: navigasi, tombol, input, feedback, warna, dan tipografi.</w:t>
      </w:r>
    </w:p>
    <w:p w14:paraId="47A37182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Catat minimal tiga kekuatan dan tiga masalah pengalaman.</w:t>
      </w:r>
    </w:p>
    <w:p w14:paraId="64465F97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Pisahkan temuan ke dala</w:t>
      </w:r>
      <w:r>
        <w:t>m kategori UI, UX, konten, dan aksesibilitas.</w:t>
      </w:r>
    </w:p>
    <w:p w14:paraId="7ACE1C1D" w14:textId="77777777" w:rsidR="006D4AD2" w:rsidRDefault="00F339D6">
      <w:pPr>
        <w:pStyle w:val="ListNumber"/>
        <w:keepLines/>
        <w:numPr>
          <w:ilvl w:val="0"/>
          <w:numId w:val="10"/>
        </w:numPr>
      </w:pPr>
      <w:r>
        <w:t>Presentasikan satu temuan paling penting beserta alasan dan bukti layar.</w:t>
      </w:r>
    </w:p>
    <w:p w14:paraId="501972D4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05E89AFC" w14:textId="77777777">
        <w:tc>
          <w:tcPr>
            <w:tcW w:w="2200" w:type="dxa"/>
            <w:shd w:val="clear" w:color="auto" w:fill="155EEF"/>
            <w:vAlign w:val="center"/>
          </w:tcPr>
          <w:p w14:paraId="7B57173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57237266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6A94CA31" w14:textId="77777777">
        <w:tc>
          <w:tcPr>
            <w:tcW w:w="2200" w:type="dxa"/>
            <w:shd w:val="clear" w:color="auto" w:fill="155EEF"/>
            <w:vAlign w:val="center"/>
          </w:tcPr>
          <w:p w14:paraId="478E668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3D01011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438F7A6" w14:textId="77777777">
        <w:tc>
          <w:tcPr>
            <w:tcW w:w="2200" w:type="dxa"/>
            <w:shd w:val="clear" w:color="auto" w:fill="155EEF"/>
            <w:vAlign w:val="center"/>
          </w:tcPr>
          <w:p w14:paraId="691DA20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30DDB36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05441DF" w14:textId="77777777">
        <w:tc>
          <w:tcPr>
            <w:tcW w:w="2200" w:type="dxa"/>
            <w:shd w:val="clear" w:color="auto" w:fill="155EEF"/>
            <w:vAlign w:val="center"/>
          </w:tcPr>
          <w:p w14:paraId="588164B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77025A6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50742B87" w14:textId="77777777">
        <w:tc>
          <w:tcPr>
            <w:tcW w:w="2200" w:type="dxa"/>
            <w:shd w:val="clear" w:color="auto" w:fill="155EEF"/>
            <w:vAlign w:val="center"/>
          </w:tcPr>
          <w:p w14:paraId="2B6FD11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7BB456D5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2EC402AD" w14:textId="77777777">
        <w:tc>
          <w:tcPr>
            <w:tcW w:w="2200" w:type="dxa"/>
            <w:shd w:val="clear" w:color="auto" w:fill="155EEF"/>
            <w:vAlign w:val="center"/>
          </w:tcPr>
          <w:p w14:paraId="13B6C78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6610D4E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</w:tbl>
    <w:p w14:paraId="30A76424" w14:textId="77777777" w:rsidR="006D4AD2" w:rsidRDefault="00F339D6">
      <w:pPr>
        <w:pStyle w:val="Heading3"/>
      </w:pPr>
      <w:r>
        <w:t>Catatan Temuan dan Keputusan</w:t>
      </w:r>
    </w:p>
    <w:p w14:paraId="20B982E2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</w:t>
      </w:r>
      <w:r>
        <w:t>......................................................................</w:t>
      </w:r>
    </w:p>
    <w:p w14:paraId="07DEEEB9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</w:t>
      </w:r>
      <w:r>
        <w:t>..............................................................................................................</w:t>
      </w:r>
    </w:p>
    <w:p w14:paraId="0E78E1C9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...............................................................................................................................</w:t>
      </w:r>
      <w:r>
        <w:t>.........</w:t>
      </w:r>
      <w:r>
        <w:br/>
        <w:t>........................................................................................................................................</w:t>
      </w:r>
    </w:p>
    <w:p w14:paraId="4E7AA6CC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</w:t>
      </w:r>
      <w:r>
        <w:t>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25DC496" w14:textId="77777777" w:rsidR="006D4AD2" w:rsidRDefault="00F339D6">
      <w:pPr>
        <w:pStyle w:val="Heading2"/>
      </w:pPr>
      <w:r>
        <w:t>G. Pemeriksaan Sebelum Pengumpulan</w:t>
      </w:r>
    </w:p>
    <w:p w14:paraId="724B9E95" w14:textId="77777777" w:rsidR="006D4AD2" w:rsidRDefault="00F339D6">
      <w:pPr>
        <w:pStyle w:val="ListBullet"/>
        <w:keepLines/>
      </w:pPr>
      <w:r>
        <w:t>Nama file dan folder telah m</w:t>
      </w:r>
      <w:r>
        <w:t>engikuti format.</w:t>
      </w:r>
    </w:p>
    <w:p w14:paraId="5A0FB024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26E53237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41C4395A" w14:textId="77777777" w:rsidR="006D4AD2" w:rsidRDefault="00F339D6">
      <w:pPr>
        <w:pStyle w:val="ListBullet"/>
        <w:keepLines/>
      </w:pPr>
      <w:r>
        <w:t>Aset pihak ketiga diberi atribusi.</w:t>
      </w:r>
    </w:p>
    <w:p w14:paraId="1FD91594" w14:textId="77777777" w:rsidR="006D4AD2" w:rsidRDefault="00F339D6">
      <w:pPr>
        <w:pStyle w:val="ListBullet"/>
        <w:keepLines/>
      </w:pPr>
      <w:r>
        <w:t>Data pengguna telah dianonimkan.</w:t>
      </w:r>
    </w:p>
    <w:p w14:paraId="661D871C" w14:textId="77777777" w:rsidR="006D4AD2" w:rsidRDefault="00F339D6">
      <w:pPr>
        <w:pStyle w:val="ListBullet"/>
        <w:keepLines/>
      </w:pPr>
      <w:r>
        <w:t>Refleksi individu telah diisi.</w:t>
      </w:r>
    </w:p>
    <w:p w14:paraId="15D52DCB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187E67E" w14:textId="77777777">
        <w:tc>
          <w:tcPr>
            <w:tcW w:w="2600" w:type="dxa"/>
            <w:shd w:val="clear" w:color="auto" w:fill="0B2545"/>
            <w:vAlign w:val="center"/>
          </w:tcPr>
          <w:p w14:paraId="2E4A7873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79FB93FD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4369444D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</w:t>
            </w:r>
            <w:r>
              <w:rPr>
                <w:b/>
                <w:color w:val="FFFFFF"/>
                <w:sz w:val="16"/>
              </w:rPr>
              <w:t>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386E0D53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7101EA56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42E8ACD1" w14:textId="77777777">
        <w:tc>
          <w:tcPr>
            <w:tcW w:w="2600" w:type="dxa"/>
            <w:vAlign w:val="center"/>
          </w:tcPr>
          <w:p w14:paraId="05A2565B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Ketepatan membedakan UI dan UX</w:t>
            </w:r>
          </w:p>
        </w:tc>
        <w:tc>
          <w:tcPr>
            <w:tcW w:w="650" w:type="dxa"/>
            <w:vAlign w:val="center"/>
          </w:tcPr>
          <w:p w14:paraId="3FD787C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A81736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336000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29ABE7C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499E36ED" w14:textId="77777777">
        <w:tc>
          <w:tcPr>
            <w:tcW w:w="2600" w:type="dxa"/>
            <w:vAlign w:val="center"/>
          </w:tcPr>
          <w:p w14:paraId="733AA5B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Kejelasan bukti layar</w:t>
            </w:r>
          </w:p>
        </w:tc>
        <w:tc>
          <w:tcPr>
            <w:tcW w:w="650" w:type="dxa"/>
            <w:vAlign w:val="center"/>
          </w:tcPr>
          <w:p w14:paraId="2BF53F5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7A8CCEC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Lengkap, </w:t>
            </w:r>
            <w:r>
              <w:rPr>
                <w:sz w:val="16"/>
              </w:rPr>
              <w:t>tepat, konsisten, dan terjustifikasi.</w:t>
            </w:r>
          </w:p>
        </w:tc>
        <w:tc>
          <w:tcPr>
            <w:tcW w:w="2030" w:type="dxa"/>
            <w:vAlign w:val="center"/>
          </w:tcPr>
          <w:p w14:paraId="06E60CD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4286D4C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3D13170" w14:textId="77777777">
        <w:tc>
          <w:tcPr>
            <w:tcW w:w="2600" w:type="dxa"/>
            <w:vAlign w:val="center"/>
          </w:tcPr>
          <w:p w14:paraId="55AE115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Relevansi masalah dengan tujuan pengguna</w:t>
            </w:r>
          </w:p>
        </w:tc>
        <w:tc>
          <w:tcPr>
            <w:tcW w:w="650" w:type="dxa"/>
            <w:vAlign w:val="center"/>
          </w:tcPr>
          <w:p w14:paraId="11DD12E0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929D90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0578414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16D292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</w:t>
            </w:r>
            <w:r>
              <w:rPr>
                <w:sz w:val="16"/>
              </w:rPr>
              <w:t>gkap, tidak konsisten, atau tanpa bukti.</w:t>
            </w:r>
          </w:p>
        </w:tc>
      </w:tr>
      <w:tr w:rsidR="006D4AD2" w14:paraId="77FC65C6" w14:textId="77777777">
        <w:tc>
          <w:tcPr>
            <w:tcW w:w="2600" w:type="dxa"/>
            <w:vAlign w:val="center"/>
          </w:tcPr>
          <w:p w14:paraId="0B624EDC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Kerapian dokumentasi</w:t>
            </w:r>
          </w:p>
        </w:tc>
        <w:tc>
          <w:tcPr>
            <w:tcW w:w="650" w:type="dxa"/>
            <w:vAlign w:val="center"/>
          </w:tcPr>
          <w:p w14:paraId="5578181A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7B41708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88748D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901E00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28D95916" w14:textId="77777777" w:rsidR="006D4AD2" w:rsidRDefault="00F339D6">
      <w:pPr>
        <w:pStyle w:val="Heading2"/>
      </w:pPr>
      <w:r>
        <w:t>I. Refleksi Individu</w:t>
      </w:r>
    </w:p>
    <w:p w14:paraId="353B7A15" w14:textId="77777777" w:rsidR="006D4AD2" w:rsidRDefault="00F339D6">
      <w:r>
        <w:rPr>
          <w:b/>
          <w:color w:val="0B2545"/>
          <w:sz w:val="18"/>
        </w:rPr>
        <w:t xml:space="preserve">Keputusan apa yang paling kuat dan </w:t>
      </w:r>
      <w:r>
        <w:rPr>
          <w:b/>
          <w:color w:val="0B2545"/>
          <w:sz w:val="18"/>
        </w:rPr>
        <w:t>mengapa?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</w:t>
      </w:r>
      <w:r>
        <w:t>..........................</w:t>
      </w:r>
    </w:p>
    <w:p w14:paraId="45C75058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</w:t>
      </w:r>
      <w:r>
        <w:t>....................................................................................</w:t>
      </w:r>
    </w:p>
    <w:p w14:paraId="0A621C36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................................................................................................................</w:t>
      </w:r>
      <w:r>
        <w:t>........................</w:t>
      </w:r>
      <w:r>
        <w:br/>
        <w:t>........................................................................................................................................</w:t>
      </w:r>
    </w:p>
    <w:p w14:paraId="70E0E7BB" w14:textId="77777777" w:rsidR="006D4AD2" w:rsidRDefault="00F339D6">
      <w:pPr>
        <w:pStyle w:val="Heading2"/>
      </w:pPr>
      <w:r>
        <w:t>J. Referensi Modul</w:t>
      </w:r>
    </w:p>
    <w:p w14:paraId="7F26DFE6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11687B36" w14:textId="77777777" w:rsidR="006D4AD2" w:rsidRDefault="00F339D6">
      <w:pPr>
        <w:pStyle w:val="ListBullet"/>
        <w:keepLines/>
      </w:pPr>
      <w:r>
        <w:t>Norman,</w:t>
      </w:r>
      <w:r>
        <w:t xml:space="preserve"> D. A. (2013). The Design of Everyday Things. Basic Books.</w:t>
      </w:r>
    </w:p>
    <w:p w14:paraId="704B7572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19E58469" w14:textId="77777777" w:rsidR="006D4AD2" w:rsidRDefault="00F339D6">
      <w:pPr>
        <w:pStyle w:val="ListBullet"/>
        <w:keepLines/>
      </w:pPr>
      <w:r>
        <w:t>W3C. Web Content Accessibility Guidelines (WCAG).</w:t>
      </w:r>
    </w:p>
    <w:p w14:paraId="15157C80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7455F17F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02</w:t>
      </w:r>
    </w:p>
    <w:p w14:paraId="201E7B6B" w14:textId="77777777" w:rsidR="006D4AD2" w:rsidRDefault="00F339D6">
      <w:pPr>
        <w:spacing w:after="140"/>
      </w:pPr>
      <w:r>
        <w:rPr>
          <w:b/>
          <w:color w:val="0B2545"/>
          <w:sz w:val="46"/>
        </w:rPr>
        <w:t>Heuris</w:t>
      </w:r>
      <w:r>
        <w:rPr>
          <w:b/>
          <w:color w:val="0B2545"/>
          <w:sz w:val="46"/>
        </w:rPr>
        <w:t>tic Evaluation dan Etika Antarmuka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53E48470" w14:textId="77777777">
        <w:tc>
          <w:tcPr>
            <w:tcW w:w="1500" w:type="dxa"/>
            <w:shd w:val="clear" w:color="auto" w:fill="0B2545"/>
            <w:vAlign w:val="center"/>
          </w:tcPr>
          <w:p w14:paraId="4C71691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35D9CAE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CPMK-1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F49220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33AB764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C4-C5, P2, A3</w:t>
            </w:r>
          </w:p>
        </w:tc>
      </w:tr>
      <w:tr w:rsidR="006D4AD2" w14:paraId="2894D2C5" w14:textId="77777777">
        <w:tc>
          <w:tcPr>
            <w:tcW w:w="1500" w:type="dxa"/>
            <w:shd w:val="clear" w:color="auto" w:fill="0B2545"/>
            <w:vAlign w:val="center"/>
          </w:tcPr>
          <w:p w14:paraId="00B99AF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6B7A231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47A0CF6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7F422BB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706692A0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36B6B0ED" wp14:editId="19AE53EF">
            <wp:extent cx="5394960" cy="30571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F3C5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>Ilustrasi Modul 2: Heuristic Evaluation dan Etika Antarmuka</w:t>
      </w:r>
    </w:p>
    <w:p w14:paraId="5A7B98EB" w14:textId="77777777" w:rsidR="006D4AD2" w:rsidRDefault="00F339D6">
      <w:pPr>
        <w:pStyle w:val="Heading2"/>
      </w:pPr>
      <w:r>
        <w:t>A. Tujuan Praktikum</w:t>
      </w:r>
    </w:p>
    <w:p w14:paraId="52A64CBB" w14:textId="77777777" w:rsidR="006D4AD2" w:rsidRDefault="00F339D6">
      <w:pPr>
        <w:pStyle w:val="ListBullet"/>
        <w:keepLines/>
      </w:pPr>
      <w:r>
        <w:t>Menerapkan 10 heuristik Nielsen.</w:t>
      </w:r>
    </w:p>
    <w:p w14:paraId="50DA8836" w14:textId="77777777" w:rsidR="006D4AD2" w:rsidRDefault="00F339D6">
      <w:pPr>
        <w:pStyle w:val="ListBullet"/>
        <w:keepLines/>
      </w:pPr>
      <w:r>
        <w:t xml:space="preserve">Memberikan </w:t>
      </w:r>
      <w:r>
        <w:t>severity rating secara konsisten.</w:t>
      </w:r>
    </w:p>
    <w:p w14:paraId="6AA85722" w14:textId="77777777" w:rsidR="006D4AD2" w:rsidRDefault="00F339D6">
      <w:pPr>
        <w:pStyle w:val="ListBullet"/>
        <w:keepLines/>
      </w:pPr>
      <w:r>
        <w:t>Mengidentifikasi dark patterns dan implikasi etikanya.</w:t>
      </w:r>
    </w:p>
    <w:p w14:paraId="5723932F" w14:textId="77777777" w:rsidR="006D4AD2" w:rsidRDefault="00F339D6">
      <w:pPr>
        <w:pStyle w:val="Heading2"/>
      </w:pPr>
      <w:r>
        <w:t>B. Ringkasan Konsep</w:t>
      </w:r>
    </w:p>
    <w:p w14:paraId="0AD25821" w14:textId="77777777" w:rsidR="006D4AD2" w:rsidRDefault="00F339D6">
      <w:pPr>
        <w:pStyle w:val="ListBullet"/>
        <w:keepLines/>
      </w:pPr>
      <w:r>
        <w:t>Heuristik merupakan prinsip evaluasi, bukan daftar estetika.</w:t>
      </w:r>
    </w:p>
    <w:p w14:paraId="428BAC9A" w14:textId="77777777" w:rsidR="006D4AD2" w:rsidRDefault="00F339D6">
      <w:pPr>
        <w:pStyle w:val="ListBullet"/>
        <w:keepLines/>
      </w:pPr>
      <w:r>
        <w:t>Severity mempertimbangkan frekuensi, dampak, dan persistensi masalah.</w:t>
      </w:r>
    </w:p>
    <w:p w14:paraId="036955C8" w14:textId="77777777" w:rsidR="006D4AD2" w:rsidRDefault="00F339D6">
      <w:pPr>
        <w:pStyle w:val="ListBullet"/>
        <w:keepLines/>
      </w:pPr>
      <w:r>
        <w:t xml:space="preserve">Dark </w:t>
      </w:r>
      <w:r>
        <w:t>pattern sengaja mengarahkan pengguna pada tindakan yang tidak sepenuhnya dikehendaki.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2D388FE2" w14:textId="77777777">
        <w:tc>
          <w:tcPr>
            <w:tcW w:w="9360" w:type="dxa"/>
            <w:shd w:val="clear" w:color="auto" w:fill="F4F6F9"/>
          </w:tcPr>
          <w:p w14:paraId="7B0C9838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Matriks evaluasi minimal 5 temuan, sekurang-kurangnya 4 temuan valid, screenshot, severity, dan rekomendasi.</w:t>
            </w:r>
          </w:p>
        </w:tc>
      </w:tr>
    </w:tbl>
    <w:p w14:paraId="6DF4AE89" w14:textId="77777777" w:rsidR="006D4AD2" w:rsidRDefault="00F339D6">
      <w:pPr>
        <w:pStyle w:val="Heading2"/>
      </w:pPr>
      <w:r>
        <w:t>C. Alat dan Bahan</w:t>
      </w:r>
    </w:p>
    <w:p w14:paraId="5ED8AB03" w14:textId="77777777" w:rsidR="006D4AD2" w:rsidRDefault="00F339D6">
      <w:r>
        <w:t>Figma/FigJam, spreadsheet/le</w:t>
      </w:r>
      <w:r>
        <w:t>mbar evaluasi, browser, aplikasi uji.</w:t>
      </w:r>
    </w:p>
    <w:p w14:paraId="39258C00" w14:textId="77777777" w:rsidR="006D4AD2" w:rsidRDefault="00F339D6">
      <w:pPr>
        <w:pStyle w:val="Heading2"/>
      </w:pPr>
      <w:r>
        <w:lastRenderedPageBreak/>
        <w:t>D. Persiapan</w:t>
      </w:r>
    </w:p>
    <w:p w14:paraId="7078A3C7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5F3009F1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50FA5E1B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2FF91FCE" w14:textId="77777777" w:rsidR="006D4AD2" w:rsidRDefault="00F339D6">
      <w:pPr>
        <w:pStyle w:val="ListBullet"/>
        <w:keepLines/>
      </w:pPr>
      <w:r>
        <w:t xml:space="preserve">Pastikan tautan file </w:t>
      </w:r>
      <w:r>
        <w:t>dapat diakses dosen dan anggota kelompok.</w:t>
      </w:r>
    </w:p>
    <w:p w14:paraId="0345EE31" w14:textId="77777777" w:rsidR="006D4AD2" w:rsidRDefault="00F339D6">
      <w:pPr>
        <w:pStyle w:val="Heading2"/>
      </w:pPr>
      <w:r>
        <w:t>E. Langkah Kerja</w:t>
      </w:r>
    </w:p>
    <w:p w14:paraId="2CCF84CD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Tentukan produk dan dua task utama.</w:t>
      </w:r>
    </w:p>
    <w:p w14:paraId="30266C64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Telusuri setiap task tanpa melewati langkah.</w:t>
      </w:r>
    </w:p>
    <w:p w14:paraId="4D19007C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Catat pelanggaran heuristik beserta lokasi dan bukti layar.</w:t>
      </w:r>
    </w:p>
    <w:p w14:paraId="53346BD0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Beri severity 0-4 dan jelaskan alasannya.</w:t>
      </w:r>
    </w:p>
    <w:p w14:paraId="1D18F171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Identifikasi potensi dark pattern: forced action, hidden cost, obstruction, confirmshaming, atau misdirection.</w:t>
      </w:r>
    </w:p>
    <w:p w14:paraId="60F33E96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Rumuskan rekomendasi yang spesifik dan dapat diuji.</w:t>
      </w:r>
    </w:p>
    <w:p w14:paraId="6EB4E5B8" w14:textId="77777777" w:rsidR="006D4AD2" w:rsidRDefault="00F339D6">
      <w:pPr>
        <w:pStyle w:val="ListNumber"/>
        <w:keepLines/>
        <w:numPr>
          <w:ilvl w:val="0"/>
          <w:numId w:val="11"/>
        </w:numPr>
      </w:pPr>
      <w:r>
        <w:t>Lakukan peer review untuk memeriksa konsistensi severity.</w:t>
      </w:r>
    </w:p>
    <w:p w14:paraId="2CDDACE5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7EFF74F5" w14:textId="77777777">
        <w:tc>
          <w:tcPr>
            <w:tcW w:w="2200" w:type="dxa"/>
            <w:shd w:val="clear" w:color="auto" w:fill="155EEF"/>
            <w:vAlign w:val="center"/>
          </w:tcPr>
          <w:p w14:paraId="4F3E9A2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2FAC45D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27C18381" w14:textId="77777777">
        <w:tc>
          <w:tcPr>
            <w:tcW w:w="2200" w:type="dxa"/>
            <w:shd w:val="clear" w:color="auto" w:fill="155EEF"/>
            <w:vAlign w:val="center"/>
          </w:tcPr>
          <w:p w14:paraId="2936DBE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389E30C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CBE2B3B" w14:textId="77777777">
        <w:tc>
          <w:tcPr>
            <w:tcW w:w="2200" w:type="dxa"/>
            <w:shd w:val="clear" w:color="auto" w:fill="155EEF"/>
            <w:vAlign w:val="center"/>
          </w:tcPr>
          <w:p w14:paraId="45DEBD7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Pr</w:t>
            </w:r>
            <w:r>
              <w:rPr>
                <w:b/>
                <w:color w:val="FFFFFF"/>
                <w:sz w:val="18"/>
              </w:rPr>
              <w:t>oduk atau kasus</w:t>
            </w:r>
          </w:p>
        </w:tc>
        <w:tc>
          <w:tcPr>
            <w:tcW w:w="7160" w:type="dxa"/>
            <w:vAlign w:val="center"/>
          </w:tcPr>
          <w:p w14:paraId="0D172A4B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E306CF0" w14:textId="77777777">
        <w:tc>
          <w:tcPr>
            <w:tcW w:w="2200" w:type="dxa"/>
            <w:shd w:val="clear" w:color="auto" w:fill="155EEF"/>
            <w:vAlign w:val="center"/>
          </w:tcPr>
          <w:p w14:paraId="368D41D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6422980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</w:t>
            </w:r>
            <w:r>
              <w:rPr>
                <w:sz w:val="18"/>
              </w:rPr>
              <w:t>.....</w:t>
            </w:r>
          </w:p>
        </w:tc>
      </w:tr>
      <w:tr w:rsidR="006D4AD2" w14:paraId="659E3CDD" w14:textId="77777777">
        <w:tc>
          <w:tcPr>
            <w:tcW w:w="2200" w:type="dxa"/>
            <w:shd w:val="clear" w:color="auto" w:fill="155EEF"/>
            <w:vAlign w:val="center"/>
          </w:tcPr>
          <w:p w14:paraId="42D005D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Tujuan/task utama</w:t>
            </w:r>
          </w:p>
        </w:tc>
        <w:tc>
          <w:tcPr>
            <w:tcW w:w="7160" w:type="dxa"/>
            <w:vAlign w:val="center"/>
          </w:tcPr>
          <w:p w14:paraId="417CA3A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CF21177" w14:textId="77777777">
        <w:tc>
          <w:tcPr>
            <w:tcW w:w="2200" w:type="dxa"/>
            <w:shd w:val="clear" w:color="auto" w:fill="155EEF"/>
            <w:vAlign w:val="center"/>
          </w:tcPr>
          <w:p w14:paraId="0291E14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17BFEF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6D95061A" w14:textId="77777777" w:rsidR="006D4AD2" w:rsidRDefault="00F339D6">
      <w:pPr>
        <w:pStyle w:val="Heading3"/>
      </w:pPr>
      <w:r>
        <w:t>Catatan Temuan dan Keputusan</w:t>
      </w:r>
    </w:p>
    <w:p w14:paraId="091807AA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79EAADBE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3B183993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2B659771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736F9820" w14:textId="77777777" w:rsidR="006D4AD2" w:rsidRDefault="00F339D6">
      <w:pPr>
        <w:pStyle w:val="Heading2"/>
      </w:pPr>
      <w:r>
        <w:t>G. Pemeriksaan Sebelum Pengumpulan</w:t>
      </w:r>
    </w:p>
    <w:p w14:paraId="1B2BE7CF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7E689E20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0E873F18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758C2CCB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1D9F66FA" w14:textId="77777777" w:rsidR="006D4AD2" w:rsidRDefault="00F339D6">
      <w:pPr>
        <w:pStyle w:val="ListBullet"/>
        <w:keepLines/>
      </w:pPr>
      <w:r>
        <w:t>Data pengguna telah dianonimkan.</w:t>
      </w:r>
    </w:p>
    <w:p w14:paraId="073E48C9" w14:textId="77777777" w:rsidR="006D4AD2" w:rsidRDefault="00F339D6">
      <w:pPr>
        <w:pStyle w:val="ListBullet"/>
        <w:keepLines/>
      </w:pPr>
      <w:r>
        <w:t>Refleksi individu telah diisi.</w:t>
      </w:r>
    </w:p>
    <w:p w14:paraId="7B7AF0D4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F83B23D" w14:textId="77777777">
        <w:tc>
          <w:tcPr>
            <w:tcW w:w="2600" w:type="dxa"/>
            <w:shd w:val="clear" w:color="auto" w:fill="0B2545"/>
            <w:vAlign w:val="center"/>
          </w:tcPr>
          <w:p w14:paraId="3675DC7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6298A1C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1482CDCC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791DCCA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0741B9D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09A47201" w14:textId="77777777">
        <w:tc>
          <w:tcPr>
            <w:tcW w:w="2600" w:type="dxa"/>
            <w:vAlign w:val="center"/>
          </w:tcPr>
          <w:p w14:paraId="7A59CA63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Validitas pelanggaran heuristik</w:t>
            </w:r>
          </w:p>
        </w:tc>
        <w:tc>
          <w:tcPr>
            <w:tcW w:w="650" w:type="dxa"/>
            <w:vAlign w:val="center"/>
          </w:tcPr>
          <w:p w14:paraId="61B63E7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2787108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Lengkap, tepat, konsisten, dan </w:t>
            </w:r>
            <w:r>
              <w:rPr>
                <w:sz w:val="16"/>
              </w:rPr>
              <w:t>terjustifikasi.</w:t>
            </w:r>
          </w:p>
        </w:tc>
        <w:tc>
          <w:tcPr>
            <w:tcW w:w="2030" w:type="dxa"/>
            <w:vAlign w:val="center"/>
          </w:tcPr>
          <w:p w14:paraId="0391045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6D5FA75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EEE2676" w14:textId="77777777">
        <w:tc>
          <w:tcPr>
            <w:tcW w:w="2600" w:type="dxa"/>
            <w:vAlign w:val="center"/>
          </w:tcPr>
          <w:p w14:paraId="04B65454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severity</w:t>
            </w:r>
          </w:p>
        </w:tc>
        <w:tc>
          <w:tcPr>
            <w:tcW w:w="650" w:type="dxa"/>
            <w:vAlign w:val="center"/>
          </w:tcPr>
          <w:p w14:paraId="61CDC453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2DF18BA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686736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F06476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lengkap, tidak konsisten, atau tanpa </w:t>
            </w:r>
            <w:r>
              <w:rPr>
                <w:sz w:val="16"/>
              </w:rPr>
              <w:t>bukti.</w:t>
            </w:r>
          </w:p>
        </w:tc>
      </w:tr>
      <w:tr w:rsidR="006D4AD2" w14:paraId="7B25DF97" w14:textId="77777777">
        <w:tc>
          <w:tcPr>
            <w:tcW w:w="2600" w:type="dxa"/>
            <w:vAlign w:val="center"/>
          </w:tcPr>
          <w:p w14:paraId="11467A3A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Kelayakan rekomendasi</w:t>
            </w:r>
          </w:p>
        </w:tc>
        <w:tc>
          <w:tcPr>
            <w:tcW w:w="650" w:type="dxa"/>
            <w:vAlign w:val="center"/>
          </w:tcPr>
          <w:p w14:paraId="57CBB233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3C80320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D0C3F2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9DF009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5494E62" w14:textId="77777777">
        <w:tc>
          <w:tcPr>
            <w:tcW w:w="2600" w:type="dxa"/>
            <w:vAlign w:val="center"/>
          </w:tcPr>
          <w:p w14:paraId="76FF9C1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Pertimbangan etika</w:t>
            </w:r>
          </w:p>
        </w:tc>
        <w:tc>
          <w:tcPr>
            <w:tcW w:w="650" w:type="dxa"/>
            <w:vAlign w:val="center"/>
          </w:tcPr>
          <w:p w14:paraId="4714F2E8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09B7773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5E643C2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4664D4E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0850C79E" w14:textId="77777777" w:rsidR="006D4AD2" w:rsidRDefault="00F339D6">
      <w:pPr>
        <w:pStyle w:val="Heading2"/>
      </w:pPr>
      <w:r>
        <w:t>I. Refleksi Individu</w:t>
      </w:r>
    </w:p>
    <w:p w14:paraId="1E06ACDA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</w:t>
      </w:r>
      <w:r>
        <w:t>..............</w:t>
      </w:r>
      <w:r>
        <w:br/>
        <w:t>........................................................................................................................................</w:t>
      </w:r>
    </w:p>
    <w:p w14:paraId="0121E05F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</w:t>
      </w:r>
      <w:r>
        <w:t>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BA94055" w14:textId="77777777" w:rsidR="006D4AD2" w:rsidRDefault="00F339D6">
      <w:r>
        <w:rPr>
          <w:b/>
          <w:color w:val="0B2545"/>
          <w:sz w:val="18"/>
        </w:rPr>
        <w:t>Apa perubahan yang akan dilakukan pada iterasi</w:t>
      </w:r>
      <w:r>
        <w:rPr>
          <w:b/>
          <w:color w:val="0B2545"/>
          <w:sz w:val="18"/>
        </w:rPr>
        <w:t xml:space="preserve"> berikutnya?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</w:t>
      </w:r>
      <w:r>
        <w:t>..............................</w:t>
      </w:r>
    </w:p>
    <w:p w14:paraId="7715A99C" w14:textId="77777777" w:rsidR="006D4AD2" w:rsidRDefault="00F339D6">
      <w:pPr>
        <w:pStyle w:val="Heading2"/>
      </w:pPr>
      <w:r>
        <w:t>J. Referensi Modul</w:t>
      </w:r>
    </w:p>
    <w:p w14:paraId="1518BBE0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70EC3559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30C78148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70B77B00" w14:textId="77777777" w:rsidR="006D4AD2" w:rsidRDefault="00F339D6">
      <w:pPr>
        <w:pStyle w:val="ListBullet"/>
        <w:keepLines/>
      </w:pPr>
      <w:r>
        <w:t>W3C</w:t>
      </w:r>
      <w:r>
        <w:t>. Web Content Accessibility Guidelines (WCAG).</w:t>
      </w:r>
    </w:p>
    <w:p w14:paraId="49F692A8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136500FD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03</w:t>
      </w:r>
    </w:p>
    <w:p w14:paraId="24E3A81A" w14:textId="77777777" w:rsidR="006D4AD2" w:rsidRDefault="00F339D6">
      <w:pPr>
        <w:spacing w:after="140"/>
      </w:pPr>
      <w:r>
        <w:rPr>
          <w:b/>
          <w:color w:val="0B2545"/>
          <w:sz w:val="46"/>
        </w:rPr>
        <w:t>UX Research Plan dan Wawancara Pengguna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3912BD47" w14:textId="77777777">
        <w:tc>
          <w:tcPr>
            <w:tcW w:w="1500" w:type="dxa"/>
            <w:shd w:val="clear" w:color="auto" w:fill="0B2545"/>
            <w:vAlign w:val="center"/>
          </w:tcPr>
          <w:p w14:paraId="4CB4BE2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4CEF5CF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CPMK-2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15CE738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2C32EF4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C3-C4, P2, A3</w:t>
            </w:r>
          </w:p>
        </w:tc>
      </w:tr>
      <w:tr w:rsidR="006D4AD2" w14:paraId="29DA8966" w14:textId="77777777">
        <w:tc>
          <w:tcPr>
            <w:tcW w:w="1500" w:type="dxa"/>
            <w:shd w:val="clear" w:color="auto" w:fill="0B2545"/>
            <w:vAlign w:val="center"/>
          </w:tcPr>
          <w:p w14:paraId="1EF42D0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186F3B8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E4BA4C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36FD2E0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3FD5C7E6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4FD6B783" wp14:editId="7B4B0590">
            <wp:extent cx="5394960" cy="30571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2A517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>Ilustrasi Modul 3: UX Research Plan dan Wawancara Pengguna</w:t>
      </w:r>
    </w:p>
    <w:p w14:paraId="6E64115C" w14:textId="77777777" w:rsidR="006D4AD2" w:rsidRDefault="00F339D6">
      <w:pPr>
        <w:pStyle w:val="Heading2"/>
      </w:pPr>
      <w:r>
        <w:t>A. Tujuan Praktikum</w:t>
      </w:r>
    </w:p>
    <w:p w14:paraId="0FFAE47F" w14:textId="77777777" w:rsidR="006D4AD2" w:rsidRDefault="00F339D6">
      <w:pPr>
        <w:pStyle w:val="ListBullet"/>
        <w:keepLines/>
      </w:pPr>
      <w:r>
        <w:t>Merumuskan tujuan dan pertanyaan riset.</w:t>
      </w:r>
    </w:p>
    <w:p w14:paraId="271C892C" w14:textId="77777777" w:rsidR="006D4AD2" w:rsidRDefault="00F339D6">
      <w:pPr>
        <w:pStyle w:val="ListBullet"/>
        <w:keepLines/>
      </w:pPr>
      <w:r>
        <w:t>Menyusun interview guide yang netral.</w:t>
      </w:r>
    </w:p>
    <w:p w14:paraId="0CC716D5" w14:textId="77777777" w:rsidR="006D4AD2" w:rsidRDefault="00F339D6">
      <w:pPr>
        <w:pStyle w:val="ListBullet"/>
        <w:keepLines/>
      </w:pPr>
      <w:r>
        <w:t>Menerapkan informed consent dan perlindungan data.</w:t>
      </w:r>
    </w:p>
    <w:p w14:paraId="4CC3A58C" w14:textId="77777777" w:rsidR="006D4AD2" w:rsidRDefault="00F339D6">
      <w:pPr>
        <w:pStyle w:val="Heading2"/>
      </w:pPr>
      <w:r>
        <w:t>B. Ringkasan Konsep</w:t>
      </w:r>
    </w:p>
    <w:p w14:paraId="08B2C03B" w14:textId="77777777" w:rsidR="006D4AD2" w:rsidRDefault="00F339D6">
      <w:pPr>
        <w:pStyle w:val="ListBullet"/>
        <w:keepLines/>
      </w:pPr>
      <w:r>
        <w:t xml:space="preserve">Riset generatif </w:t>
      </w:r>
      <w:r>
        <w:t>mencari kebutuhan dan pola; riset evaluatif menguji solusi.</w:t>
      </w:r>
    </w:p>
    <w:p w14:paraId="4C855F24" w14:textId="77777777" w:rsidR="006D4AD2" w:rsidRDefault="00F339D6">
      <w:pPr>
        <w:pStyle w:val="ListBullet"/>
        <w:keepLines/>
      </w:pPr>
      <w:r>
        <w:t>Pertanyaan terbuka berfokus pada perilaku nyata, bukan jawaban hipotetis.</w:t>
      </w:r>
    </w:p>
    <w:p w14:paraId="339FBB66" w14:textId="77777777" w:rsidR="006D4AD2" w:rsidRDefault="00F339D6">
      <w:pPr>
        <w:pStyle w:val="ListBullet"/>
        <w:keepLines/>
      </w:pPr>
      <w:r>
        <w:t>Partisipan harus memahami tujuan, penggunaan data, dan hak untuk berhenti.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BD550E6" w14:textId="77777777">
        <w:tc>
          <w:tcPr>
            <w:tcW w:w="9360" w:type="dxa"/>
            <w:shd w:val="clear" w:color="auto" w:fill="F4F6F9"/>
          </w:tcPr>
          <w:p w14:paraId="11E5114C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Research plan, interview guide, c</w:t>
            </w:r>
            <w:r>
              <w:rPr>
                <w:sz w:val="18"/>
              </w:rPr>
              <w:t>onsent form, dan catatan dua wawancara awal.</w:t>
            </w:r>
          </w:p>
        </w:tc>
      </w:tr>
    </w:tbl>
    <w:p w14:paraId="618D5B8C" w14:textId="77777777" w:rsidR="006D4AD2" w:rsidRDefault="00F339D6">
      <w:pPr>
        <w:pStyle w:val="Heading2"/>
      </w:pPr>
      <w:r>
        <w:t>C. Alat dan Bahan</w:t>
      </w:r>
    </w:p>
    <w:p w14:paraId="06FDFB74" w14:textId="77777777" w:rsidR="006D4AD2" w:rsidRDefault="00F339D6">
      <w:r>
        <w:t>Research plan template, consent form, alat perekam dengan izin, FigJam.</w:t>
      </w:r>
    </w:p>
    <w:p w14:paraId="58A452B4" w14:textId="77777777" w:rsidR="006D4AD2" w:rsidRDefault="00F339D6">
      <w:pPr>
        <w:pStyle w:val="Heading2"/>
      </w:pPr>
      <w:r>
        <w:lastRenderedPageBreak/>
        <w:t>D. Persiapan</w:t>
      </w:r>
    </w:p>
    <w:p w14:paraId="33059AC2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790ED65F" w14:textId="77777777" w:rsidR="006D4AD2" w:rsidRDefault="00F339D6">
      <w:pPr>
        <w:pStyle w:val="ListBullet"/>
        <w:keepLines/>
      </w:pPr>
      <w:r>
        <w:t xml:space="preserve">Baca tujuan, indikator, dan rubrik sebelum </w:t>
      </w:r>
      <w:r>
        <w:t>mulai bekerja.</w:t>
      </w:r>
    </w:p>
    <w:p w14:paraId="4942E8CE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26EA0F10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7C50A5B0" w14:textId="77777777" w:rsidR="006D4AD2" w:rsidRDefault="00F339D6">
      <w:pPr>
        <w:pStyle w:val="Heading2"/>
      </w:pPr>
      <w:r>
        <w:t>E. Langkah Kerja</w:t>
      </w:r>
    </w:p>
    <w:p w14:paraId="3CF138B7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Pilih konteks masalah dan kelompok pengguna.</w:t>
      </w:r>
    </w:p>
    <w:p w14:paraId="0D198DFD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Tuliskan keputusan desain yang ingin didukung oleh ris</w:t>
      </w:r>
      <w:r>
        <w:t>et.</w:t>
      </w:r>
    </w:p>
    <w:p w14:paraId="2868DDA8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Rumuskan 3-5 pertanyaan riset.</w:t>
      </w:r>
    </w:p>
    <w:p w14:paraId="5A0C3917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Tentukan kriteria partisipan dan metode rekrutmen.</w:t>
      </w:r>
    </w:p>
    <w:p w14:paraId="21F71700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Susun 8-10 pertanyaan wawancara dari umum menuju spesifik.</w:t>
      </w:r>
    </w:p>
    <w:p w14:paraId="1F3A2734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>Uji coba interview guide berpasangan dan revisi pertanyaan bias.</w:t>
      </w:r>
    </w:p>
    <w:p w14:paraId="14FEC551" w14:textId="77777777" w:rsidR="006D4AD2" w:rsidRDefault="00F339D6">
      <w:pPr>
        <w:pStyle w:val="ListNumber"/>
        <w:keepLines/>
        <w:numPr>
          <w:ilvl w:val="0"/>
          <w:numId w:val="12"/>
        </w:numPr>
      </w:pPr>
      <w:r>
        <w:t xml:space="preserve">Lakukan minimal dua wawancara awal serta </w:t>
      </w:r>
      <w:r>
        <w:t>simpan data secara aman.</w:t>
      </w:r>
    </w:p>
    <w:p w14:paraId="0CE47C96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0D7B3314" w14:textId="77777777">
        <w:tc>
          <w:tcPr>
            <w:tcW w:w="2200" w:type="dxa"/>
            <w:shd w:val="clear" w:color="auto" w:fill="155EEF"/>
            <w:vAlign w:val="center"/>
          </w:tcPr>
          <w:p w14:paraId="348C36E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0222D61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476180BB" w14:textId="77777777">
        <w:tc>
          <w:tcPr>
            <w:tcW w:w="2200" w:type="dxa"/>
            <w:shd w:val="clear" w:color="auto" w:fill="155EEF"/>
            <w:vAlign w:val="center"/>
          </w:tcPr>
          <w:p w14:paraId="4A63452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5D60030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65DF1F8" w14:textId="77777777">
        <w:tc>
          <w:tcPr>
            <w:tcW w:w="2200" w:type="dxa"/>
            <w:shd w:val="clear" w:color="auto" w:fill="155EEF"/>
            <w:vAlign w:val="center"/>
          </w:tcPr>
          <w:p w14:paraId="0294679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1255F328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D9E3203" w14:textId="77777777">
        <w:tc>
          <w:tcPr>
            <w:tcW w:w="2200" w:type="dxa"/>
            <w:shd w:val="clear" w:color="auto" w:fill="155EEF"/>
            <w:vAlign w:val="center"/>
          </w:tcPr>
          <w:p w14:paraId="5D18768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0E892006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C5FA746" w14:textId="77777777">
        <w:tc>
          <w:tcPr>
            <w:tcW w:w="2200" w:type="dxa"/>
            <w:shd w:val="clear" w:color="auto" w:fill="155EEF"/>
            <w:vAlign w:val="center"/>
          </w:tcPr>
          <w:p w14:paraId="78F180E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63EAA8E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C6EEA1A" w14:textId="77777777">
        <w:tc>
          <w:tcPr>
            <w:tcW w:w="2200" w:type="dxa"/>
            <w:shd w:val="clear" w:color="auto" w:fill="155EEF"/>
            <w:vAlign w:val="center"/>
          </w:tcPr>
          <w:p w14:paraId="3CA1091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08E676F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1617B167" w14:textId="77777777" w:rsidR="006D4AD2" w:rsidRDefault="00F339D6">
      <w:pPr>
        <w:pStyle w:val="Heading3"/>
      </w:pPr>
      <w:r>
        <w:t>Catatan Temuan dan Keputusan</w:t>
      </w:r>
    </w:p>
    <w:p w14:paraId="25FD7A9C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8558360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39D9F0A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60EB2011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373A196C" w14:textId="77777777" w:rsidR="006D4AD2" w:rsidRDefault="00F339D6">
      <w:pPr>
        <w:pStyle w:val="Heading2"/>
      </w:pPr>
      <w:r>
        <w:t>G. Pemeriksaan Sebelum Pengumpulan</w:t>
      </w:r>
    </w:p>
    <w:p w14:paraId="4AEE17A1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2B0D5BB3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3A839E32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6658B888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74AC2779" w14:textId="77777777" w:rsidR="006D4AD2" w:rsidRDefault="00F339D6">
      <w:pPr>
        <w:pStyle w:val="ListBullet"/>
        <w:keepLines/>
      </w:pPr>
      <w:r>
        <w:t>Data pengguna telah dianonimkan.</w:t>
      </w:r>
    </w:p>
    <w:p w14:paraId="0B7346A5" w14:textId="77777777" w:rsidR="006D4AD2" w:rsidRDefault="00F339D6">
      <w:pPr>
        <w:pStyle w:val="ListBullet"/>
        <w:keepLines/>
      </w:pPr>
      <w:r>
        <w:t>Refleksi individu telah diisi.</w:t>
      </w:r>
    </w:p>
    <w:p w14:paraId="6069DAD1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02616477" w14:textId="77777777">
        <w:tc>
          <w:tcPr>
            <w:tcW w:w="2600" w:type="dxa"/>
            <w:shd w:val="clear" w:color="auto" w:fill="0B2545"/>
            <w:vAlign w:val="center"/>
          </w:tcPr>
          <w:p w14:paraId="57FC6A9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099183C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E789B12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63E1C31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70693C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72D9EC41" w14:textId="77777777">
        <w:tc>
          <w:tcPr>
            <w:tcW w:w="2600" w:type="dxa"/>
            <w:vAlign w:val="center"/>
          </w:tcPr>
          <w:p w14:paraId="6D57CACC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Kesesuaian tujuan dan metode</w:t>
            </w:r>
          </w:p>
        </w:tc>
        <w:tc>
          <w:tcPr>
            <w:tcW w:w="650" w:type="dxa"/>
            <w:vAlign w:val="center"/>
          </w:tcPr>
          <w:p w14:paraId="5C0BDC5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E10B31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1B48AF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</w:t>
            </w:r>
            <w:r>
              <w:rPr>
                <w:sz w:val="16"/>
              </w:rPr>
              <w:t>dengan kekurangan minor.</w:t>
            </w:r>
          </w:p>
        </w:tc>
        <w:tc>
          <w:tcPr>
            <w:tcW w:w="2050" w:type="dxa"/>
            <w:vAlign w:val="center"/>
          </w:tcPr>
          <w:p w14:paraId="36443CB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B3CA676" w14:textId="77777777">
        <w:tc>
          <w:tcPr>
            <w:tcW w:w="2600" w:type="dxa"/>
            <w:vAlign w:val="center"/>
          </w:tcPr>
          <w:p w14:paraId="2D49672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Netralitas pertanyaan</w:t>
            </w:r>
          </w:p>
        </w:tc>
        <w:tc>
          <w:tcPr>
            <w:tcW w:w="650" w:type="dxa"/>
            <w:vAlign w:val="center"/>
          </w:tcPr>
          <w:p w14:paraId="740758F2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58EC3FF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A5DB61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820BE9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FABC74F" w14:textId="77777777">
        <w:tc>
          <w:tcPr>
            <w:tcW w:w="2600" w:type="dxa"/>
            <w:vAlign w:val="center"/>
          </w:tcPr>
          <w:p w14:paraId="00CABD3C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 xml:space="preserve">Kecukupan </w:t>
            </w:r>
            <w:r>
              <w:rPr>
                <w:b/>
                <w:sz w:val="16"/>
              </w:rPr>
              <w:t>partisipan</w:t>
            </w:r>
          </w:p>
        </w:tc>
        <w:tc>
          <w:tcPr>
            <w:tcW w:w="650" w:type="dxa"/>
            <w:vAlign w:val="center"/>
          </w:tcPr>
          <w:p w14:paraId="7CCA5B65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7A211F2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3B55BC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F8FEE0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A33CA3B" w14:textId="77777777">
        <w:tc>
          <w:tcPr>
            <w:tcW w:w="2600" w:type="dxa"/>
            <w:vAlign w:val="center"/>
          </w:tcPr>
          <w:p w14:paraId="4C09D4BA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Etika dan keamanan data</w:t>
            </w:r>
          </w:p>
        </w:tc>
        <w:tc>
          <w:tcPr>
            <w:tcW w:w="650" w:type="dxa"/>
            <w:vAlign w:val="center"/>
          </w:tcPr>
          <w:p w14:paraId="3032B1C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23DBAAD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D36AC4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kekurangan </w:t>
            </w:r>
            <w:r>
              <w:rPr>
                <w:sz w:val="16"/>
              </w:rPr>
              <w:t>minor.</w:t>
            </w:r>
          </w:p>
        </w:tc>
        <w:tc>
          <w:tcPr>
            <w:tcW w:w="2050" w:type="dxa"/>
            <w:vAlign w:val="center"/>
          </w:tcPr>
          <w:p w14:paraId="757B673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4FE1E8B6" w14:textId="77777777" w:rsidR="006D4AD2" w:rsidRDefault="00F339D6">
      <w:pPr>
        <w:pStyle w:val="Heading2"/>
      </w:pPr>
      <w:r>
        <w:t>I. Refleksi Individu</w:t>
      </w:r>
    </w:p>
    <w:p w14:paraId="28A97F8F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</w:t>
      </w:r>
      <w:r>
        <w:t>...</w:t>
      </w:r>
      <w:r>
        <w:br/>
        <w:t>........................................................................................................................................</w:t>
      </w:r>
    </w:p>
    <w:p w14:paraId="098F6AF1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</w:t>
      </w:r>
      <w:r>
        <w:t>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E0658CB" w14:textId="77777777" w:rsidR="006D4AD2" w:rsidRDefault="00F339D6">
      <w:r>
        <w:rPr>
          <w:b/>
          <w:color w:val="0B2545"/>
          <w:sz w:val="18"/>
        </w:rPr>
        <w:t>Apa perubahan yang akan dilakukan pada iterasi berikutnya</w:t>
      </w:r>
      <w:r>
        <w:rPr>
          <w:b/>
          <w:color w:val="0B2545"/>
          <w:sz w:val="18"/>
        </w:rPr>
        <w:t>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</w:t>
      </w:r>
      <w:r>
        <w:t>...................</w:t>
      </w:r>
    </w:p>
    <w:p w14:paraId="34895B42" w14:textId="77777777" w:rsidR="006D4AD2" w:rsidRDefault="00F339D6">
      <w:pPr>
        <w:pStyle w:val="Heading2"/>
      </w:pPr>
      <w:r>
        <w:t>J. Referensi Modul</w:t>
      </w:r>
    </w:p>
    <w:p w14:paraId="147EC1F4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5DE37259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79A6AFD2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0AB41649" w14:textId="77777777" w:rsidR="006D4AD2" w:rsidRDefault="00F339D6">
      <w:pPr>
        <w:pStyle w:val="ListBullet"/>
        <w:keepLines/>
      </w:pPr>
      <w:r>
        <w:t>W3C. Web Conte</w:t>
      </w:r>
      <w:r>
        <w:t>nt Accessibility Guidelines (WCAG).</w:t>
      </w:r>
    </w:p>
    <w:p w14:paraId="39C79FE6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3A4E08EE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04</w:t>
      </w:r>
    </w:p>
    <w:p w14:paraId="5EB96C26" w14:textId="77777777" w:rsidR="006D4AD2" w:rsidRDefault="00F339D6">
      <w:pPr>
        <w:spacing w:after="140"/>
      </w:pPr>
      <w:r>
        <w:rPr>
          <w:b/>
          <w:color w:val="0B2545"/>
          <w:sz w:val="46"/>
        </w:rPr>
        <w:t>Affinity Mapping, Insight, Persona, dan Empathy Map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53173E7A" w14:textId="77777777">
        <w:tc>
          <w:tcPr>
            <w:tcW w:w="1500" w:type="dxa"/>
            <w:shd w:val="clear" w:color="auto" w:fill="0B2545"/>
            <w:vAlign w:val="center"/>
          </w:tcPr>
          <w:p w14:paraId="0A76D7E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0C459A8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CPMK-2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6546E0B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6B2705D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C4, P3, A3</w:t>
            </w:r>
          </w:p>
        </w:tc>
      </w:tr>
      <w:tr w:rsidR="006D4AD2" w14:paraId="42CF1B68" w14:textId="77777777">
        <w:tc>
          <w:tcPr>
            <w:tcW w:w="1500" w:type="dxa"/>
            <w:shd w:val="clear" w:color="auto" w:fill="0B2545"/>
            <w:vAlign w:val="center"/>
          </w:tcPr>
          <w:p w14:paraId="3DC4AB7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3CF278E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3D140D4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454D555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1E5B3ED9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08215183" wp14:editId="0140CD29">
            <wp:extent cx="5394960" cy="31165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11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6CB0C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>Ilustrasi Modul 4: Affinity Mapping, Insight, Persona, dan Empathy Map</w:t>
      </w:r>
    </w:p>
    <w:p w14:paraId="27285863" w14:textId="77777777" w:rsidR="006D4AD2" w:rsidRDefault="00F339D6">
      <w:pPr>
        <w:pStyle w:val="Heading2"/>
      </w:pPr>
      <w:r>
        <w:t>A. Tujuan Praktikum</w:t>
      </w:r>
    </w:p>
    <w:p w14:paraId="51D39D50" w14:textId="77777777" w:rsidR="006D4AD2" w:rsidRDefault="00F339D6">
      <w:pPr>
        <w:pStyle w:val="ListBullet"/>
        <w:keepLines/>
      </w:pPr>
      <w:r>
        <w:t>Mengode dan mengelompokkan data kualitatif.</w:t>
      </w:r>
    </w:p>
    <w:p w14:paraId="3E46ED9D" w14:textId="77777777" w:rsidR="006D4AD2" w:rsidRDefault="00F339D6">
      <w:pPr>
        <w:pStyle w:val="ListBullet"/>
        <w:keepLines/>
      </w:pPr>
      <w:r>
        <w:t>Merumuskan insight berbasis bukti.</w:t>
      </w:r>
    </w:p>
    <w:p w14:paraId="42167AEC" w14:textId="77777777" w:rsidR="006D4AD2" w:rsidRDefault="00F339D6">
      <w:pPr>
        <w:pStyle w:val="ListBullet"/>
        <w:keepLines/>
      </w:pPr>
      <w:r>
        <w:t>Membangun persona tanpa stereotip.</w:t>
      </w:r>
    </w:p>
    <w:p w14:paraId="7376963C" w14:textId="77777777" w:rsidR="006D4AD2" w:rsidRDefault="00F339D6">
      <w:pPr>
        <w:pStyle w:val="Heading2"/>
      </w:pPr>
      <w:r>
        <w:t>B. Ringkasan Konsep</w:t>
      </w:r>
    </w:p>
    <w:p w14:paraId="276E6838" w14:textId="77777777" w:rsidR="006D4AD2" w:rsidRDefault="00F339D6">
      <w:pPr>
        <w:pStyle w:val="ListBullet"/>
        <w:keepLines/>
      </w:pPr>
      <w:r>
        <w:t xml:space="preserve">Satu sticky note </w:t>
      </w:r>
      <w:r>
        <w:t>idealnya memuat satu observasi atau kutipan.</w:t>
      </w:r>
    </w:p>
    <w:p w14:paraId="51A0FFE3" w14:textId="77777777" w:rsidR="006D4AD2" w:rsidRDefault="00F339D6">
      <w:pPr>
        <w:pStyle w:val="ListBullet"/>
        <w:keepLines/>
      </w:pPr>
      <w:r>
        <w:t>Insight menghubungkan pola, penyebab, dan dampak terhadap pengalaman.</w:t>
      </w:r>
    </w:p>
    <w:p w14:paraId="2885959C" w14:textId="77777777" w:rsidR="006D4AD2" w:rsidRDefault="00F339D6">
      <w:pPr>
        <w:pStyle w:val="ListBullet"/>
        <w:keepLines/>
      </w:pPr>
      <w:r>
        <w:t>Persona harus mewakili pola perilaku, tujuan, hambatan, dan konteks.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72D9C17C" w14:textId="77777777">
        <w:tc>
          <w:tcPr>
            <w:tcW w:w="9360" w:type="dxa"/>
            <w:shd w:val="clear" w:color="auto" w:fill="F4F6F9"/>
          </w:tcPr>
          <w:p w14:paraId="27C95BF6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Affinity map, minimal 3 insight, persona primer, empathy m</w:t>
            </w:r>
            <w:r>
              <w:rPr>
                <w:sz w:val="18"/>
              </w:rPr>
              <w:t>ap, dan daftar bukti sumber.</w:t>
            </w:r>
          </w:p>
        </w:tc>
      </w:tr>
    </w:tbl>
    <w:p w14:paraId="26E09913" w14:textId="77777777" w:rsidR="006D4AD2" w:rsidRDefault="00F339D6">
      <w:pPr>
        <w:pStyle w:val="Heading2"/>
      </w:pPr>
      <w:r>
        <w:lastRenderedPageBreak/>
        <w:t>C. Alat dan Bahan</w:t>
      </w:r>
    </w:p>
    <w:p w14:paraId="115D3E74" w14:textId="77777777" w:rsidR="006D4AD2" w:rsidRDefault="00F339D6">
      <w:r>
        <w:t>Transkrip/catatan wawancara, FigJam, sticky notes digital.</w:t>
      </w:r>
    </w:p>
    <w:p w14:paraId="4131A5BB" w14:textId="77777777" w:rsidR="006D4AD2" w:rsidRDefault="00F339D6">
      <w:pPr>
        <w:pStyle w:val="Heading2"/>
      </w:pPr>
      <w:r>
        <w:t>D. Persiapan</w:t>
      </w:r>
    </w:p>
    <w:p w14:paraId="28AFDC9D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7DAF392A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4631010F" w14:textId="77777777" w:rsidR="006D4AD2" w:rsidRDefault="00F339D6">
      <w:pPr>
        <w:pStyle w:val="ListBullet"/>
        <w:keepLines/>
      </w:pPr>
      <w:r>
        <w:t>Siapkan artefa</w:t>
      </w:r>
      <w:r>
        <w:t>k dari pertemuan sebelumnya yang menjadi input.</w:t>
      </w:r>
    </w:p>
    <w:p w14:paraId="61027F94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37E53685" w14:textId="77777777" w:rsidR="006D4AD2" w:rsidRDefault="00F339D6">
      <w:pPr>
        <w:pStyle w:val="Heading2"/>
      </w:pPr>
      <w:r>
        <w:t>E. Langkah Kerja</w:t>
      </w:r>
    </w:p>
    <w:p w14:paraId="6F69596A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Pecah data menjadi unit observasi atau kutipan.</w:t>
      </w:r>
    </w:p>
    <w:p w14:paraId="37983430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Beri kode singkat pada setiap unit.</w:t>
      </w:r>
    </w:p>
    <w:p w14:paraId="6516F8DE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Kelompokkan berdasarkan kesamaan perilaku, t</w:t>
      </w:r>
      <w:r>
        <w:t>ujuan, hambatan, atau konteks.</w:t>
      </w:r>
    </w:p>
    <w:p w14:paraId="3D5637E9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Beri nama tema tanpa menggunakan istilah terlalu umum.</w:t>
      </w:r>
    </w:p>
    <w:p w14:paraId="2FABC8A0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Rumuskan minimal tiga insight dengan bukti pendukung.</w:t>
      </w:r>
    </w:p>
    <w:p w14:paraId="6C3C79F0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>Susun persona primer: tujuan, perilaku, kebutuhan, frustrasi, konteks, dan kutipan.</w:t>
      </w:r>
    </w:p>
    <w:p w14:paraId="671EE7E4" w14:textId="77777777" w:rsidR="006D4AD2" w:rsidRDefault="00F339D6">
      <w:pPr>
        <w:pStyle w:val="ListNumber"/>
        <w:keepLines/>
        <w:numPr>
          <w:ilvl w:val="0"/>
          <w:numId w:val="13"/>
        </w:numPr>
      </w:pPr>
      <w:r>
        <w:t xml:space="preserve">Lengkapi empathy map dan </w:t>
      </w:r>
      <w:r>
        <w:t>validasi kembali terhadap data mentah.</w:t>
      </w:r>
    </w:p>
    <w:p w14:paraId="27B311D6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55C95E67" w14:textId="77777777">
        <w:tc>
          <w:tcPr>
            <w:tcW w:w="2200" w:type="dxa"/>
            <w:shd w:val="clear" w:color="auto" w:fill="155EEF"/>
            <w:vAlign w:val="center"/>
          </w:tcPr>
          <w:p w14:paraId="1BC009D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3145974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73D4A660" w14:textId="77777777">
        <w:tc>
          <w:tcPr>
            <w:tcW w:w="2200" w:type="dxa"/>
            <w:shd w:val="clear" w:color="auto" w:fill="155EEF"/>
            <w:vAlign w:val="center"/>
          </w:tcPr>
          <w:p w14:paraId="2937669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4D6697A6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DE81BF5" w14:textId="77777777">
        <w:tc>
          <w:tcPr>
            <w:tcW w:w="2200" w:type="dxa"/>
            <w:shd w:val="clear" w:color="auto" w:fill="155EEF"/>
            <w:vAlign w:val="center"/>
          </w:tcPr>
          <w:p w14:paraId="3FFFA05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4CB81AC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1A14C62" w14:textId="77777777">
        <w:tc>
          <w:tcPr>
            <w:tcW w:w="2200" w:type="dxa"/>
            <w:shd w:val="clear" w:color="auto" w:fill="155EEF"/>
            <w:vAlign w:val="center"/>
          </w:tcPr>
          <w:p w14:paraId="5C8573C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06B750B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2E49D517" w14:textId="77777777">
        <w:tc>
          <w:tcPr>
            <w:tcW w:w="2200" w:type="dxa"/>
            <w:shd w:val="clear" w:color="auto" w:fill="155EEF"/>
            <w:vAlign w:val="center"/>
          </w:tcPr>
          <w:p w14:paraId="63FC30C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5CE73E3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169117D" w14:textId="77777777">
        <w:tc>
          <w:tcPr>
            <w:tcW w:w="2200" w:type="dxa"/>
            <w:shd w:val="clear" w:color="auto" w:fill="155EEF"/>
            <w:vAlign w:val="center"/>
          </w:tcPr>
          <w:p w14:paraId="61808D6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1BBE5FA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66D0D79A" w14:textId="77777777" w:rsidR="006D4AD2" w:rsidRDefault="00F339D6">
      <w:pPr>
        <w:pStyle w:val="Heading3"/>
      </w:pPr>
      <w:r>
        <w:t>Catatan Temuan dan Keputusan</w:t>
      </w:r>
    </w:p>
    <w:p w14:paraId="74EC1E10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14A33F7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36B850CA" w14:textId="77777777" w:rsidR="006D4AD2" w:rsidRDefault="00F339D6">
      <w:r>
        <w:rPr>
          <w:b/>
          <w:color w:val="0B2545"/>
          <w:sz w:val="18"/>
        </w:rPr>
        <w:lastRenderedPageBreak/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580028DA" w14:textId="77777777" w:rsidR="006D4AD2" w:rsidRDefault="00F339D6">
      <w:r>
        <w:rPr>
          <w:b/>
          <w:color w:val="0B2545"/>
          <w:sz w:val="18"/>
        </w:rPr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192C1A60" w14:textId="77777777" w:rsidR="006D4AD2" w:rsidRDefault="00F339D6">
      <w:pPr>
        <w:pStyle w:val="Heading2"/>
      </w:pPr>
      <w:r>
        <w:t>G. Pemeriksaan Sebelum Pengumpulan</w:t>
      </w:r>
    </w:p>
    <w:p w14:paraId="4BFC8CEC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32B70E7B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33B348DF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7FFF51B9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00EF27B0" w14:textId="77777777" w:rsidR="006D4AD2" w:rsidRDefault="00F339D6">
      <w:pPr>
        <w:pStyle w:val="ListBullet"/>
        <w:keepLines/>
      </w:pPr>
      <w:r>
        <w:t>Data pengguna telah dianonimkan.</w:t>
      </w:r>
    </w:p>
    <w:p w14:paraId="71D2399D" w14:textId="77777777" w:rsidR="006D4AD2" w:rsidRDefault="00F339D6">
      <w:pPr>
        <w:pStyle w:val="ListBullet"/>
        <w:keepLines/>
      </w:pPr>
      <w:r>
        <w:t>Refleksi individu telah diisi.</w:t>
      </w:r>
    </w:p>
    <w:p w14:paraId="28F94276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10A3A706" w14:textId="77777777">
        <w:tc>
          <w:tcPr>
            <w:tcW w:w="2600" w:type="dxa"/>
            <w:shd w:val="clear" w:color="auto" w:fill="0B2545"/>
            <w:vAlign w:val="center"/>
          </w:tcPr>
          <w:p w14:paraId="7D7762A2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680FE2C6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447BC4E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5B3EDA17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15419952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024A861F" w14:textId="77777777">
        <w:tc>
          <w:tcPr>
            <w:tcW w:w="2600" w:type="dxa"/>
            <w:vAlign w:val="center"/>
          </w:tcPr>
          <w:p w14:paraId="714B488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Keterlacakan data ke insight</w:t>
            </w:r>
          </w:p>
        </w:tc>
        <w:tc>
          <w:tcPr>
            <w:tcW w:w="650" w:type="dxa"/>
            <w:vAlign w:val="center"/>
          </w:tcPr>
          <w:p w14:paraId="702B2BFA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342FF3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C46DD3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</w:t>
            </w:r>
            <w:r>
              <w:rPr>
                <w:sz w:val="16"/>
              </w:rPr>
              <w:t>dengan kekurangan minor.</w:t>
            </w:r>
          </w:p>
        </w:tc>
        <w:tc>
          <w:tcPr>
            <w:tcW w:w="2050" w:type="dxa"/>
            <w:vAlign w:val="center"/>
          </w:tcPr>
          <w:p w14:paraId="45A266B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EC02634" w14:textId="77777777">
        <w:tc>
          <w:tcPr>
            <w:tcW w:w="2600" w:type="dxa"/>
            <w:vAlign w:val="center"/>
          </w:tcPr>
          <w:p w14:paraId="0008035F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pengelompokan</w:t>
            </w:r>
          </w:p>
        </w:tc>
        <w:tc>
          <w:tcPr>
            <w:tcW w:w="650" w:type="dxa"/>
            <w:vAlign w:val="center"/>
          </w:tcPr>
          <w:p w14:paraId="4E75F827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1EBDDA3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4682D2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B999A4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30BF7B4" w14:textId="77777777">
        <w:tc>
          <w:tcPr>
            <w:tcW w:w="2600" w:type="dxa"/>
            <w:vAlign w:val="center"/>
          </w:tcPr>
          <w:p w14:paraId="1C866A44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 xml:space="preserve">Validitas </w:t>
            </w:r>
            <w:r>
              <w:rPr>
                <w:b/>
                <w:sz w:val="16"/>
              </w:rPr>
              <w:t>persona</w:t>
            </w:r>
          </w:p>
        </w:tc>
        <w:tc>
          <w:tcPr>
            <w:tcW w:w="650" w:type="dxa"/>
            <w:vAlign w:val="center"/>
          </w:tcPr>
          <w:p w14:paraId="6BA77038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1188F30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DE12A5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22225A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0FEA2C6" w14:textId="77777777">
        <w:tc>
          <w:tcPr>
            <w:tcW w:w="2600" w:type="dxa"/>
            <w:vAlign w:val="center"/>
          </w:tcPr>
          <w:p w14:paraId="7D2A5B0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Tidak mengandung stereotip</w:t>
            </w:r>
          </w:p>
        </w:tc>
        <w:tc>
          <w:tcPr>
            <w:tcW w:w="650" w:type="dxa"/>
            <w:vAlign w:val="center"/>
          </w:tcPr>
          <w:p w14:paraId="5CF3F770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16685BE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C99988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kekurangan </w:t>
            </w:r>
            <w:r>
              <w:rPr>
                <w:sz w:val="16"/>
              </w:rPr>
              <w:t>minor.</w:t>
            </w:r>
          </w:p>
        </w:tc>
        <w:tc>
          <w:tcPr>
            <w:tcW w:w="2050" w:type="dxa"/>
            <w:vAlign w:val="center"/>
          </w:tcPr>
          <w:p w14:paraId="6B7E8D4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73B778F1" w14:textId="77777777" w:rsidR="006D4AD2" w:rsidRDefault="00F339D6">
      <w:pPr>
        <w:pStyle w:val="Heading2"/>
      </w:pPr>
      <w:r>
        <w:t>I. Refleksi Individu</w:t>
      </w:r>
    </w:p>
    <w:p w14:paraId="60A7AEDC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</w:t>
      </w:r>
      <w:r>
        <w:t>...</w:t>
      </w:r>
      <w:r>
        <w:br/>
        <w:t>........................................................................................................................................</w:t>
      </w:r>
    </w:p>
    <w:p w14:paraId="1BEC0AC3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</w:t>
      </w:r>
      <w:r>
        <w:t>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49659057" w14:textId="77777777" w:rsidR="006D4AD2" w:rsidRDefault="00F339D6">
      <w:r>
        <w:rPr>
          <w:b/>
          <w:color w:val="0B2545"/>
          <w:sz w:val="18"/>
        </w:rPr>
        <w:t>Apa perubahan yang akan dilakukan pada iterasi berikutnya</w:t>
      </w:r>
      <w:r>
        <w:rPr>
          <w:b/>
          <w:color w:val="0B2545"/>
          <w:sz w:val="18"/>
        </w:rPr>
        <w:t>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</w:t>
      </w:r>
      <w:r>
        <w:t>...................</w:t>
      </w:r>
    </w:p>
    <w:p w14:paraId="585F279B" w14:textId="77777777" w:rsidR="006D4AD2" w:rsidRDefault="00F339D6">
      <w:pPr>
        <w:pStyle w:val="Heading2"/>
      </w:pPr>
      <w:r>
        <w:t>J. Referensi Modul</w:t>
      </w:r>
    </w:p>
    <w:p w14:paraId="557F4285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E27C0A9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2616CCCB" w14:textId="77777777" w:rsidR="006D4AD2" w:rsidRDefault="00F339D6">
      <w:pPr>
        <w:pStyle w:val="ListBullet"/>
        <w:keepLines/>
      </w:pPr>
      <w:r>
        <w:lastRenderedPageBreak/>
        <w:t>Nielsen Norman Group. Usability Heuristics and UX Research Guidance.</w:t>
      </w:r>
    </w:p>
    <w:p w14:paraId="53BB4077" w14:textId="77777777" w:rsidR="006D4AD2" w:rsidRDefault="00F339D6">
      <w:pPr>
        <w:pStyle w:val="ListBullet"/>
        <w:keepLines/>
      </w:pPr>
      <w:r>
        <w:t>W3C. Web Conte</w:t>
      </w:r>
      <w:r>
        <w:t>nt Accessibility Guidelines (WCAG).</w:t>
      </w:r>
    </w:p>
    <w:p w14:paraId="51A50253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425715F9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05</w:t>
      </w:r>
    </w:p>
    <w:p w14:paraId="21F2D9E9" w14:textId="77777777" w:rsidR="006D4AD2" w:rsidRDefault="00F339D6">
      <w:pPr>
        <w:spacing w:after="140"/>
      </w:pPr>
      <w:r>
        <w:rPr>
          <w:b/>
          <w:color w:val="0B2545"/>
          <w:sz w:val="46"/>
        </w:rPr>
        <w:t>User Journey dan Problem Definition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37FAF11F" w14:textId="77777777">
        <w:tc>
          <w:tcPr>
            <w:tcW w:w="1500" w:type="dxa"/>
            <w:shd w:val="clear" w:color="auto" w:fill="0B2545"/>
            <w:vAlign w:val="center"/>
          </w:tcPr>
          <w:p w14:paraId="7C9E7B0F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66E3F03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CPMK-2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5183ABA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435BE8B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C4-C5, P3, A3</w:t>
            </w:r>
          </w:p>
        </w:tc>
      </w:tr>
      <w:tr w:rsidR="006D4AD2" w14:paraId="256E9D35" w14:textId="77777777">
        <w:tc>
          <w:tcPr>
            <w:tcW w:w="1500" w:type="dxa"/>
            <w:shd w:val="clear" w:color="auto" w:fill="0B2545"/>
            <w:vAlign w:val="center"/>
          </w:tcPr>
          <w:p w14:paraId="310100C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0E8806A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1373C9C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5C11797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1F91CA34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2E0B44B5" wp14:editId="0157B10C">
            <wp:extent cx="5394960" cy="305714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FF76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5: User </w:t>
      </w:r>
      <w:r>
        <w:rPr>
          <w:i/>
          <w:color w:val="5B6573"/>
          <w:sz w:val="16"/>
        </w:rPr>
        <w:t>Journey dan Problem Definition</w:t>
      </w:r>
    </w:p>
    <w:p w14:paraId="22833227" w14:textId="77777777" w:rsidR="006D4AD2" w:rsidRDefault="00F339D6">
      <w:pPr>
        <w:pStyle w:val="Heading2"/>
      </w:pPr>
      <w:r>
        <w:t>A. Tujuan Praktikum</w:t>
      </w:r>
    </w:p>
    <w:p w14:paraId="1E27C54E" w14:textId="77777777" w:rsidR="006D4AD2" w:rsidRDefault="00F339D6">
      <w:pPr>
        <w:pStyle w:val="ListBullet"/>
        <w:keepLines/>
      </w:pPr>
      <w:r>
        <w:t>Memetakan perjalanan pengguna dalam satu skenario.</w:t>
      </w:r>
    </w:p>
    <w:p w14:paraId="76C91195" w14:textId="77777777" w:rsidR="006D4AD2" w:rsidRDefault="00F339D6">
      <w:pPr>
        <w:pStyle w:val="ListBullet"/>
        <w:keepLines/>
      </w:pPr>
      <w:r>
        <w:t>Mengidentifikasi pain point dan opportunity.</w:t>
      </w:r>
    </w:p>
    <w:p w14:paraId="1AB46F93" w14:textId="77777777" w:rsidR="006D4AD2" w:rsidRDefault="00F339D6">
      <w:pPr>
        <w:pStyle w:val="ListBullet"/>
        <w:keepLines/>
      </w:pPr>
      <w:r>
        <w:t>Merumuskan POV dan How Might We.</w:t>
      </w:r>
    </w:p>
    <w:p w14:paraId="17292A5B" w14:textId="77777777" w:rsidR="006D4AD2" w:rsidRDefault="00F339D6">
      <w:pPr>
        <w:pStyle w:val="Heading2"/>
      </w:pPr>
      <w:r>
        <w:t>B. Ringkasan Konsep</w:t>
      </w:r>
    </w:p>
    <w:p w14:paraId="214A9145" w14:textId="77777777" w:rsidR="006D4AD2" w:rsidRDefault="00F339D6">
      <w:pPr>
        <w:pStyle w:val="ListBullet"/>
        <w:keepLines/>
      </w:pPr>
      <w:r>
        <w:t xml:space="preserve">Journey memuat tahap, aksi, pikiran, emosi, </w:t>
      </w:r>
      <w:r>
        <w:t>touchpoint, hambatan, dan peluang.</w:t>
      </w:r>
    </w:p>
    <w:p w14:paraId="44B3BDFC" w14:textId="77777777" w:rsidR="006D4AD2" w:rsidRDefault="00F339D6">
      <w:pPr>
        <w:pStyle w:val="ListBullet"/>
        <w:keepLines/>
      </w:pPr>
      <w:r>
        <w:t>Pain point adalah hambatan yang memengaruhi tujuan pengguna.</w:t>
      </w:r>
    </w:p>
    <w:p w14:paraId="3E8C560C" w14:textId="77777777" w:rsidR="006D4AD2" w:rsidRDefault="00F339D6">
      <w:pPr>
        <w:pStyle w:val="ListBullet"/>
        <w:keepLines/>
      </w:pPr>
      <w:r>
        <w:t>HMW harus cukup fokus untuk ditindaklanjuti tetapi cukup terbuka untuk ideasi.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7C485AC0" w14:textId="77777777">
        <w:tc>
          <w:tcPr>
            <w:tcW w:w="9360" w:type="dxa"/>
            <w:shd w:val="clear" w:color="auto" w:fill="F4F6F9"/>
          </w:tcPr>
          <w:p w14:paraId="28CDDA9C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User journey map, prioritas pain point, POV, dan tiga HMW.</w:t>
            </w:r>
          </w:p>
        </w:tc>
      </w:tr>
    </w:tbl>
    <w:p w14:paraId="7ECE6DE9" w14:textId="77777777" w:rsidR="006D4AD2" w:rsidRDefault="00F339D6">
      <w:pPr>
        <w:pStyle w:val="Heading2"/>
      </w:pPr>
      <w:r>
        <w:t>C. Alat</w:t>
      </w:r>
      <w:r>
        <w:t xml:space="preserve"> dan Bahan</w:t>
      </w:r>
    </w:p>
    <w:p w14:paraId="505B6EB7" w14:textId="77777777" w:rsidR="006D4AD2" w:rsidRDefault="00F339D6">
      <w:r>
        <w:t>Persona tervalidasi, template journey map, FigJam.</w:t>
      </w:r>
    </w:p>
    <w:p w14:paraId="5EB3520C" w14:textId="77777777" w:rsidR="006D4AD2" w:rsidRDefault="00F339D6">
      <w:pPr>
        <w:pStyle w:val="Heading2"/>
      </w:pPr>
      <w:r>
        <w:lastRenderedPageBreak/>
        <w:t>D. Persiapan</w:t>
      </w:r>
    </w:p>
    <w:p w14:paraId="205F81F5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0B09678D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02D65402" w14:textId="77777777" w:rsidR="006D4AD2" w:rsidRDefault="00F339D6">
      <w:pPr>
        <w:pStyle w:val="ListBullet"/>
        <w:keepLines/>
      </w:pPr>
      <w:r>
        <w:t>Siapkan artefak dari pertemuan sebelumnya yang menjadi inpu</w:t>
      </w:r>
      <w:r>
        <w:t>t.</w:t>
      </w:r>
    </w:p>
    <w:p w14:paraId="736184A6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7F2ACFC9" w14:textId="77777777" w:rsidR="006D4AD2" w:rsidRDefault="00F339D6">
      <w:pPr>
        <w:pStyle w:val="Heading2"/>
      </w:pPr>
      <w:r>
        <w:t>E. Langkah Kerja</w:t>
      </w:r>
    </w:p>
    <w:p w14:paraId="28725020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Tentukan persona dan skenario prioritas.</w:t>
      </w:r>
    </w:p>
    <w:p w14:paraId="4478AA13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Tentukan titik awal dan akhir perjalanan.</w:t>
      </w:r>
    </w:p>
    <w:p w14:paraId="64217B8F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Bagi perjalanan menjadi 4-6 tahap.</w:t>
      </w:r>
    </w:p>
    <w:p w14:paraId="738E02EC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Isi tindakan, pikiran, emosi, touchpoint, dan bukti unt</w:t>
      </w:r>
      <w:r>
        <w:t>uk setiap tahap.</w:t>
      </w:r>
    </w:p>
    <w:p w14:paraId="2A13201B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Tandai pain point berdasarkan intensitas dan dampak.</w:t>
      </w:r>
    </w:p>
    <w:p w14:paraId="3AC375C3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Ubah pain point utama menjadi opportunity.</w:t>
      </w:r>
    </w:p>
    <w:p w14:paraId="77899E64" w14:textId="77777777" w:rsidR="006D4AD2" w:rsidRDefault="00F339D6">
      <w:pPr>
        <w:pStyle w:val="ListNumber"/>
        <w:keepLines/>
        <w:numPr>
          <w:ilvl w:val="0"/>
          <w:numId w:val="14"/>
        </w:numPr>
      </w:pPr>
      <w:r>
        <w:t>Tulis satu POV dan minimal tiga HMW; pilih satu fokus proyek.</w:t>
      </w:r>
    </w:p>
    <w:p w14:paraId="758E5963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50F2795B" w14:textId="77777777">
        <w:tc>
          <w:tcPr>
            <w:tcW w:w="2200" w:type="dxa"/>
            <w:shd w:val="clear" w:color="auto" w:fill="155EEF"/>
            <w:vAlign w:val="center"/>
          </w:tcPr>
          <w:p w14:paraId="71081CE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5F4ABAF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11E0FF2A" w14:textId="77777777">
        <w:tc>
          <w:tcPr>
            <w:tcW w:w="2200" w:type="dxa"/>
            <w:shd w:val="clear" w:color="auto" w:fill="155EEF"/>
            <w:vAlign w:val="center"/>
          </w:tcPr>
          <w:p w14:paraId="01266EA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3A70BBC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8D45B4E" w14:textId="77777777">
        <w:tc>
          <w:tcPr>
            <w:tcW w:w="2200" w:type="dxa"/>
            <w:shd w:val="clear" w:color="auto" w:fill="155EEF"/>
            <w:vAlign w:val="center"/>
          </w:tcPr>
          <w:p w14:paraId="7FA9B7D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2CFE74D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B1829A8" w14:textId="77777777">
        <w:tc>
          <w:tcPr>
            <w:tcW w:w="2200" w:type="dxa"/>
            <w:shd w:val="clear" w:color="auto" w:fill="155EEF"/>
            <w:vAlign w:val="center"/>
          </w:tcPr>
          <w:p w14:paraId="45BF8FF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610294E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4ADAA2C" w14:textId="77777777">
        <w:tc>
          <w:tcPr>
            <w:tcW w:w="2200" w:type="dxa"/>
            <w:shd w:val="clear" w:color="auto" w:fill="155EEF"/>
            <w:vAlign w:val="center"/>
          </w:tcPr>
          <w:p w14:paraId="2902D88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6D39FD0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21112A2" w14:textId="77777777">
        <w:tc>
          <w:tcPr>
            <w:tcW w:w="2200" w:type="dxa"/>
            <w:shd w:val="clear" w:color="auto" w:fill="155EEF"/>
            <w:vAlign w:val="center"/>
          </w:tcPr>
          <w:p w14:paraId="75663AB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6DE76B6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4404A931" w14:textId="77777777" w:rsidR="006D4AD2" w:rsidRDefault="00F339D6">
      <w:pPr>
        <w:pStyle w:val="Heading3"/>
      </w:pPr>
      <w:r>
        <w:t>Catatan Temuan dan Keputusan</w:t>
      </w:r>
    </w:p>
    <w:p w14:paraId="01DB9C90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111F908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98B9502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4AE023D3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13CB350A" w14:textId="77777777" w:rsidR="006D4AD2" w:rsidRDefault="00F339D6">
      <w:pPr>
        <w:pStyle w:val="Heading2"/>
      </w:pPr>
      <w:r>
        <w:t>G. Pemeriksaan Sebelum Pengumpulan</w:t>
      </w:r>
    </w:p>
    <w:p w14:paraId="75BE7CDF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27C978B7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7728C823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7292E7BD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08D135C6" w14:textId="77777777" w:rsidR="006D4AD2" w:rsidRDefault="00F339D6">
      <w:pPr>
        <w:pStyle w:val="ListBullet"/>
        <w:keepLines/>
      </w:pPr>
      <w:r>
        <w:t>Data pengguna telah dianonimkan.</w:t>
      </w:r>
    </w:p>
    <w:p w14:paraId="5D08A6FF" w14:textId="77777777" w:rsidR="006D4AD2" w:rsidRDefault="00F339D6">
      <w:pPr>
        <w:pStyle w:val="ListBullet"/>
        <w:keepLines/>
      </w:pPr>
      <w:r>
        <w:t>Refleksi individu telah diisi.</w:t>
      </w:r>
    </w:p>
    <w:p w14:paraId="2FFB7C13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4E88DF2B" w14:textId="77777777">
        <w:tc>
          <w:tcPr>
            <w:tcW w:w="2600" w:type="dxa"/>
            <w:shd w:val="clear" w:color="auto" w:fill="0B2545"/>
            <w:vAlign w:val="center"/>
          </w:tcPr>
          <w:p w14:paraId="5DD3ACE8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1C9D2F7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55332413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5FBD50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49293FF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0F0925C9" w14:textId="77777777">
        <w:tc>
          <w:tcPr>
            <w:tcW w:w="2600" w:type="dxa"/>
            <w:vAlign w:val="center"/>
          </w:tcPr>
          <w:p w14:paraId="73E6640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dengan persona</w:t>
            </w:r>
          </w:p>
        </w:tc>
        <w:tc>
          <w:tcPr>
            <w:tcW w:w="650" w:type="dxa"/>
            <w:vAlign w:val="center"/>
          </w:tcPr>
          <w:p w14:paraId="6898B14B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4D6662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01AEE0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</w:t>
            </w:r>
            <w:r>
              <w:rPr>
                <w:sz w:val="16"/>
              </w:rPr>
              <w:t>dengan kekurangan minor.</w:t>
            </w:r>
          </w:p>
        </w:tc>
        <w:tc>
          <w:tcPr>
            <w:tcW w:w="2050" w:type="dxa"/>
            <w:vAlign w:val="center"/>
          </w:tcPr>
          <w:p w14:paraId="542AF51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25E1B21" w14:textId="77777777">
        <w:tc>
          <w:tcPr>
            <w:tcW w:w="2600" w:type="dxa"/>
            <w:vAlign w:val="center"/>
          </w:tcPr>
          <w:p w14:paraId="6CFB4CDC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tahap dan touchpoint</w:t>
            </w:r>
          </w:p>
        </w:tc>
        <w:tc>
          <w:tcPr>
            <w:tcW w:w="650" w:type="dxa"/>
            <w:vAlign w:val="center"/>
          </w:tcPr>
          <w:p w14:paraId="7FC080A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1714030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5C3CE5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3D0F54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CDC7BDB" w14:textId="77777777">
        <w:tc>
          <w:tcPr>
            <w:tcW w:w="2600" w:type="dxa"/>
            <w:vAlign w:val="center"/>
          </w:tcPr>
          <w:p w14:paraId="5F438A57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Ketajaman pain point</w:t>
            </w:r>
          </w:p>
        </w:tc>
        <w:tc>
          <w:tcPr>
            <w:tcW w:w="650" w:type="dxa"/>
            <w:vAlign w:val="center"/>
          </w:tcPr>
          <w:p w14:paraId="3D1F252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EE0A16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A9BF52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C17EC9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4827F769" w14:textId="77777777">
        <w:tc>
          <w:tcPr>
            <w:tcW w:w="2600" w:type="dxa"/>
            <w:vAlign w:val="center"/>
          </w:tcPr>
          <w:p w14:paraId="018844F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POV dan HMW</w:t>
            </w:r>
          </w:p>
        </w:tc>
        <w:tc>
          <w:tcPr>
            <w:tcW w:w="650" w:type="dxa"/>
            <w:vAlign w:val="center"/>
          </w:tcPr>
          <w:p w14:paraId="63CAB1B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7210883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F47211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66CC56B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404B48D1" w14:textId="77777777" w:rsidR="006D4AD2" w:rsidRDefault="00F339D6">
      <w:pPr>
        <w:pStyle w:val="Heading2"/>
      </w:pPr>
      <w:r>
        <w:t>I. Refleksi Individu</w:t>
      </w:r>
    </w:p>
    <w:p w14:paraId="23355351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</w:t>
      </w:r>
      <w:r>
        <w:t>..............</w:t>
      </w:r>
      <w:r>
        <w:br/>
        <w:t>........................................................................................................................................</w:t>
      </w:r>
    </w:p>
    <w:p w14:paraId="4FCA18A6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</w:t>
      </w:r>
      <w:r>
        <w:t>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17208A6C" w14:textId="77777777" w:rsidR="006D4AD2" w:rsidRDefault="00F339D6">
      <w:r>
        <w:rPr>
          <w:b/>
          <w:color w:val="0B2545"/>
          <w:sz w:val="18"/>
        </w:rPr>
        <w:t>Apa perubahan yang akan dilakukan pada iterasi</w:t>
      </w:r>
      <w:r>
        <w:rPr>
          <w:b/>
          <w:color w:val="0B2545"/>
          <w:sz w:val="18"/>
        </w:rPr>
        <w:t xml:space="preserve"> berikutnya?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</w:t>
      </w:r>
      <w:r>
        <w:t>..............................</w:t>
      </w:r>
    </w:p>
    <w:p w14:paraId="566B1D36" w14:textId="77777777" w:rsidR="006D4AD2" w:rsidRDefault="00F339D6">
      <w:pPr>
        <w:pStyle w:val="Heading2"/>
      </w:pPr>
      <w:r>
        <w:t>J. Referensi Modul</w:t>
      </w:r>
    </w:p>
    <w:p w14:paraId="664C817F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2010E005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426EF576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35CB7AF2" w14:textId="77777777" w:rsidR="006D4AD2" w:rsidRDefault="00F339D6">
      <w:pPr>
        <w:pStyle w:val="ListBullet"/>
        <w:keepLines/>
      </w:pPr>
      <w:r>
        <w:t>W3C</w:t>
      </w:r>
      <w:r>
        <w:t>. Web Content Accessibility Guidelines (WCAG).</w:t>
      </w:r>
    </w:p>
    <w:p w14:paraId="5A386FE7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4229D087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06</w:t>
      </w:r>
    </w:p>
    <w:p w14:paraId="59319C30" w14:textId="77777777" w:rsidR="006D4AD2" w:rsidRDefault="00F339D6">
      <w:pPr>
        <w:spacing w:after="140"/>
      </w:pPr>
      <w:r>
        <w:rPr>
          <w:b/>
          <w:color w:val="0B2545"/>
          <w:sz w:val="46"/>
        </w:rPr>
        <w:t>Information Architecture, Sitemap, dan User Flow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0AAD4116" w14:textId="77777777">
        <w:tc>
          <w:tcPr>
            <w:tcW w:w="1500" w:type="dxa"/>
            <w:shd w:val="clear" w:color="auto" w:fill="0B2545"/>
            <w:vAlign w:val="center"/>
          </w:tcPr>
          <w:p w14:paraId="5F41D2C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7B3FE10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CPMK-3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5CA7AC7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2791426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C4-C5, P3</w:t>
            </w:r>
          </w:p>
        </w:tc>
      </w:tr>
      <w:tr w:rsidR="006D4AD2" w14:paraId="426E1CD2" w14:textId="77777777">
        <w:tc>
          <w:tcPr>
            <w:tcW w:w="1500" w:type="dxa"/>
            <w:shd w:val="clear" w:color="auto" w:fill="0B2545"/>
            <w:vAlign w:val="center"/>
          </w:tcPr>
          <w:p w14:paraId="33A6B06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1CCA16D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0FDC060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06DF5FE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15547537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1C2FB772" wp14:editId="6D9D5456">
            <wp:extent cx="5394960" cy="30571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790C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>Ilustrasi Modul 6: Information Architecture, Sitemap, dan User Flow</w:t>
      </w:r>
    </w:p>
    <w:p w14:paraId="732DB8CB" w14:textId="77777777" w:rsidR="006D4AD2" w:rsidRDefault="00F339D6">
      <w:pPr>
        <w:pStyle w:val="Heading2"/>
      </w:pPr>
      <w:r>
        <w:t>A. Tujuan Praktikum</w:t>
      </w:r>
    </w:p>
    <w:p w14:paraId="3C17321E" w14:textId="77777777" w:rsidR="006D4AD2" w:rsidRDefault="00F339D6">
      <w:pPr>
        <w:pStyle w:val="ListBullet"/>
        <w:keepLines/>
      </w:pPr>
      <w:r>
        <w:t>Mengorganisasi konten berdasarkan model mental pengguna.</w:t>
      </w:r>
    </w:p>
    <w:p w14:paraId="60EA71CD" w14:textId="77777777" w:rsidR="006D4AD2" w:rsidRDefault="00F339D6">
      <w:pPr>
        <w:pStyle w:val="ListBullet"/>
        <w:keepLines/>
      </w:pPr>
      <w:r>
        <w:t>Menyusun sitemap dan pola navigasi.</w:t>
      </w:r>
    </w:p>
    <w:p w14:paraId="1D1CBB90" w14:textId="77777777" w:rsidR="006D4AD2" w:rsidRDefault="00F339D6">
      <w:pPr>
        <w:pStyle w:val="ListBullet"/>
        <w:keepLines/>
      </w:pPr>
      <w:r>
        <w:t>Menggambarkan task flow serta user flow tanpa jalan buntu.</w:t>
      </w:r>
    </w:p>
    <w:p w14:paraId="725440FA" w14:textId="77777777" w:rsidR="006D4AD2" w:rsidRDefault="00F339D6">
      <w:pPr>
        <w:pStyle w:val="Heading2"/>
      </w:pPr>
      <w:r>
        <w:t xml:space="preserve">B. </w:t>
      </w:r>
      <w:r>
        <w:t>Ringkasan Konsep</w:t>
      </w:r>
    </w:p>
    <w:p w14:paraId="254DA378" w14:textId="77777777" w:rsidR="006D4AD2" w:rsidRDefault="00F339D6">
      <w:pPr>
        <w:pStyle w:val="ListBullet"/>
        <w:keepLines/>
      </w:pPr>
      <w:r>
        <w:t>IA mengatur bagaimana informasi diberi label, dikelompokkan, dan ditemukan.</w:t>
      </w:r>
    </w:p>
    <w:p w14:paraId="2E84F4C2" w14:textId="77777777" w:rsidR="006D4AD2" w:rsidRDefault="00F339D6">
      <w:pPr>
        <w:pStyle w:val="ListBullet"/>
        <w:keepLines/>
      </w:pPr>
      <w:r>
        <w:t>Sitemap menunjukkan struktur; flow menunjukkan urutan tindakan dan keputusan.</w:t>
      </w:r>
    </w:p>
    <w:p w14:paraId="3DAE78DD" w14:textId="77777777" w:rsidR="006D4AD2" w:rsidRDefault="00F339D6">
      <w:pPr>
        <w:pStyle w:val="ListBullet"/>
        <w:keepLines/>
      </w:pPr>
      <w:r>
        <w:t>Label navigasi harus memakai bahasa pengguna, bukan struktur internal organisasi.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1C731B2" w14:textId="77777777">
        <w:tc>
          <w:tcPr>
            <w:tcW w:w="9360" w:type="dxa"/>
            <w:shd w:val="clear" w:color="auto" w:fill="F4F6F9"/>
          </w:tcPr>
          <w:p w14:paraId="695F8D93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>LUA</w:t>
            </w:r>
            <w:r>
              <w:rPr>
                <w:b/>
                <w:color w:val="E85D4A"/>
                <w:sz w:val="18"/>
              </w:rPr>
              <w:t xml:space="preserve">RAN WAJIB  </w:t>
            </w:r>
            <w:r>
              <w:rPr>
                <w:sz w:val="18"/>
              </w:rPr>
              <w:t>Content inventory, hasil card sorting, sitemap, task flow, dan user flow.</w:t>
            </w:r>
          </w:p>
        </w:tc>
      </w:tr>
    </w:tbl>
    <w:p w14:paraId="21CA45B8" w14:textId="77777777" w:rsidR="006D4AD2" w:rsidRDefault="00F339D6">
      <w:pPr>
        <w:pStyle w:val="Heading2"/>
      </w:pPr>
      <w:r>
        <w:lastRenderedPageBreak/>
        <w:t>C. Alat dan Bahan</w:t>
      </w:r>
    </w:p>
    <w:p w14:paraId="67E16554" w14:textId="77777777" w:rsidR="006D4AD2" w:rsidRDefault="00F339D6">
      <w:r>
        <w:t>Content inventory, FigJam/Figma, template sitemap dan flow.</w:t>
      </w:r>
    </w:p>
    <w:p w14:paraId="4CF93E47" w14:textId="77777777" w:rsidR="006D4AD2" w:rsidRDefault="00F339D6">
      <w:pPr>
        <w:pStyle w:val="Heading2"/>
      </w:pPr>
      <w:r>
        <w:t>D. Persiapan</w:t>
      </w:r>
    </w:p>
    <w:p w14:paraId="10D6FFD0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2320961F" w14:textId="77777777" w:rsidR="006D4AD2" w:rsidRDefault="00F339D6">
      <w:pPr>
        <w:pStyle w:val="ListBullet"/>
        <w:keepLines/>
      </w:pPr>
      <w:r>
        <w:t>Baca tujuan, in</w:t>
      </w:r>
      <w:r>
        <w:t>dikator, dan rubrik sebelum mulai bekerja.</w:t>
      </w:r>
    </w:p>
    <w:p w14:paraId="342BE8A5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1388E36D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05898C24" w14:textId="77777777" w:rsidR="006D4AD2" w:rsidRDefault="00F339D6">
      <w:pPr>
        <w:pStyle w:val="Heading2"/>
      </w:pPr>
      <w:r>
        <w:t>E. Langkah Kerja</w:t>
      </w:r>
    </w:p>
    <w:p w14:paraId="08D1F5C2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>Buat content inventory dari kebutuhan dan fitur prioritas.</w:t>
      </w:r>
    </w:p>
    <w:p w14:paraId="79CDBB2F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 xml:space="preserve">Kelompokkan </w:t>
      </w:r>
      <w:r>
        <w:t>konten dengan card sorting sederhana.</w:t>
      </w:r>
    </w:p>
    <w:p w14:paraId="6493049D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>Uji label kategori kepada teman yang tidak terlibat proyek.</w:t>
      </w:r>
    </w:p>
    <w:p w14:paraId="7724F5B1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>Susun sitemap maksimal tiga tingkat untuk lingkup tugas.</w:t>
      </w:r>
    </w:p>
    <w:p w14:paraId="5FF26E67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>Tentukan happy path dan satu alternate/error path.</w:t>
      </w:r>
    </w:p>
    <w:p w14:paraId="72823CDB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 xml:space="preserve">Buat task flow, lalu perluas menjadi user flow </w:t>
      </w:r>
      <w:r>
        <w:t>dengan decision point.</w:t>
      </w:r>
    </w:p>
    <w:p w14:paraId="09659CCA" w14:textId="77777777" w:rsidR="006D4AD2" w:rsidRDefault="00F339D6">
      <w:pPr>
        <w:pStyle w:val="ListNumber"/>
        <w:keepLines/>
        <w:numPr>
          <w:ilvl w:val="0"/>
          <w:numId w:val="15"/>
        </w:numPr>
      </w:pPr>
      <w:r>
        <w:t>Lakukan walkthrough untuk menemukan dead end dan langkah berulang.</w:t>
      </w:r>
    </w:p>
    <w:p w14:paraId="1A3CB558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41114082" w14:textId="77777777">
        <w:tc>
          <w:tcPr>
            <w:tcW w:w="2200" w:type="dxa"/>
            <w:shd w:val="clear" w:color="auto" w:fill="155EEF"/>
            <w:vAlign w:val="center"/>
          </w:tcPr>
          <w:p w14:paraId="2605C12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45CF698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3DD303B6" w14:textId="77777777">
        <w:tc>
          <w:tcPr>
            <w:tcW w:w="2200" w:type="dxa"/>
            <w:shd w:val="clear" w:color="auto" w:fill="155EEF"/>
            <w:vAlign w:val="center"/>
          </w:tcPr>
          <w:p w14:paraId="4DE47F7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51FBA418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6F52CB1" w14:textId="77777777">
        <w:tc>
          <w:tcPr>
            <w:tcW w:w="2200" w:type="dxa"/>
            <w:shd w:val="clear" w:color="auto" w:fill="155EEF"/>
            <w:vAlign w:val="center"/>
          </w:tcPr>
          <w:p w14:paraId="6342328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7D998E4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E862A20" w14:textId="77777777">
        <w:tc>
          <w:tcPr>
            <w:tcW w:w="2200" w:type="dxa"/>
            <w:shd w:val="clear" w:color="auto" w:fill="155EEF"/>
            <w:vAlign w:val="center"/>
          </w:tcPr>
          <w:p w14:paraId="06C03A9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1793DCB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29E9C3F" w14:textId="77777777">
        <w:tc>
          <w:tcPr>
            <w:tcW w:w="2200" w:type="dxa"/>
            <w:shd w:val="clear" w:color="auto" w:fill="155EEF"/>
            <w:vAlign w:val="center"/>
          </w:tcPr>
          <w:p w14:paraId="1C0ACD7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65791EC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CB7D182" w14:textId="77777777">
        <w:tc>
          <w:tcPr>
            <w:tcW w:w="2200" w:type="dxa"/>
            <w:shd w:val="clear" w:color="auto" w:fill="155EEF"/>
            <w:vAlign w:val="center"/>
          </w:tcPr>
          <w:p w14:paraId="49DD029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EB83AE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72ED4728" w14:textId="77777777" w:rsidR="006D4AD2" w:rsidRDefault="00F339D6">
      <w:pPr>
        <w:pStyle w:val="Heading3"/>
      </w:pPr>
      <w:r>
        <w:t>Catatan Temuan dan Keputusan</w:t>
      </w:r>
    </w:p>
    <w:p w14:paraId="13CFCF0E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64719F0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10BADB77" w14:textId="77777777" w:rsidR="006D4AD2" w:rsidRDefault="00F339D6">
      <w:r>
        <w:rPr>
          <w:b/>
          <w:color w:val="0B2545"/>
          <w:sz w:val="18"/>
        </w:rPr>
        <w:lastRenderedPageBreak/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6B821E73" w14:textId="77777777" w:rsidR="006D4AD2" w:rsidRDefault="00F339D6">
      <w:r>
        <w:rPr>
          <w:b/>
          <w:color w:val="0B2545"/>
          <w:sz w:val="18"/>
        </w:rPr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79D700C9" w14:textId="77777777" w:rsidR="006D4AD2" w:rsidRDefault="00F339D6">
      <w:pPr>
        <w:pStyle w:val="Heading2"/>
      </w:pPr>
      <w:r>
        <w:t>G. Pemeriksaan Sebelum Pengumpulan</w:t>
      </w:r>
    </w:p>
    <w:p w14:paraId="48460526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41404C76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5AC2138C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6274C30A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346B4707" w14:textId="77777777" w:rsidR="006D4AD2" w:rsidRDefault="00F339D6">
      <w:pPr>
        <w:pStyle w:val="ListBullet"/>
        <w:keepLines/>
      </w:pPr>
      <w:r>
        <w:t>Data pengguna telah dianonimkan.</w:t>
      </w:r>
    </w:p>
    <w:p w14:paraId="12909CB4" w14:textId="77777777" w:rsidR="006D4AD2" w:rsidRDefault="00F339D6">
      <w:pPr>
        <w:pStyle w:val="ListBullet"/>
        <w:keepLines/>
      </w:pPr>
      <w:r>
        <w:t>Refleksi individu telah diisi.</w:t>
      </w:r>
    </w:p>
    <w:p w14:paraId="50D871F7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6AEBF38F" w14:textId="77777777">
        <w:tc>
          <w:tcPr>
            <w:tcW w:w="2600" w:type="dxa"/>
            <w:shd w:val="clear" w:color="auto" w:fill="0B2545"/>
            <w:vAlign w:val="center"/>
          </w:tcPr>
          <w:p w14:paraId="1A990300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7B14CA8C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67AB5BDC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33F002A1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19A1B00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47608018" w14:textId="77777777">
        <w:tc>
          <w:tcPr>
            <w:tcW w:w="2600" w:type="dxa"/>
            <w:vAlign w:val="center"/>
          </w:tcPr>
          <w:p w14:paraId="78EB930E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Logika struktur</w:t>
            </w:r>
          </w:p>
        </w:tc>
        <w:tc>
          <w:tcPr>
            <w:tcW w:w="650" w:type="dxa"/>
            <w:vAlign w:val="center"/>
          </w:tcPr>
          <w:p w14:paraId="007585B0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37965F5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ED390F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356D910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E365558" w14:textId="77777777">
        <w:tc>
          <w:tcPr>
            <w:tcW w:w="2600" w:type="dxa"/>
            <w:vAlign w:val="center"/>
          </w:tcPr>
          <w:p w14:paraId="5C1F036A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Kejelasan label</w:t>
            </w:r>
          </w:p>
        </w:tc>
        <w:tc>
          <w:tcPr>
            <w:tcW w:w="650" w:type="dxa"/>
            <w:vAlign w:val="center"/>
          </w:tcPr>
          <w:p w14:paraId="2CD2EC8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32C8A38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56372E0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DED287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042979B" w14:textId="77777777">
        <w:tc>
          <w:tcPr>
            <w:tcW w:w="2600" w:type="dxa"/>
            <w:vAlign w:val="center"/>
          </w:tcPr>
          <w:p w14:paraId="7574CAF6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alur</w:t>
            </w:r>
          </w:p>
        </w:tc>
        <w:tc>
          <w:tcPr>
            <w:tcW w:w="650" w:type="dxa"/>
            <w:vAlign w:val="center"/>
          </w:tcPr>
          <w:p w14:paraId="1C9B2FD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0886F0F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BD6435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25E228C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4B5946D" w14:textId="77777777">
        <w:tc>
          <w:tcPr>
            <w:tcW w:w="2600" w:type="dxa"/>
            <w:vAlign w:val="center"/>
          </w:tcPr>
          <w:p w14:paraId="45BEFC2F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Tidak ada dead end kritis</w:t>
            </w:r>
          </w:p>
        </w:tc>
        <w:tc>
          <w:tcPr>
            <w:tcW w:w="650" w:type="dxa"/>
            <w:vAlign w:val="center"/>
          </w:tcPr>
          <w:p w14:paraId="4ADD800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2E86388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E34848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6FCC892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150BE08F" w14:textId="77777777" w:rsidR="006D4AD2" w:rsidRDefault="00F339D6">
      <w:pPr>
        <w:pStyle w:val="Heading2"/>
      </w:pPr>
      <w:r>
        <w:t>I. Refleksi Individu</w:t>
      </w:r>
    </w:p>
    <w:p w14:paraId="03B281F4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7230235D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3BC989B1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3DB41C26" w14:textId="77777777" w:rsidR="006D4AD2" w:rsidRDefault="00F339D6">
      <w:pPr>
        <w:pStyle w:val="Heading2"/>
      </w:pPr>
      <w:r>
        <w:t>J. Referensi Modul</w:t>
      </w:r>
    </w:p>
    <w:p w14:paraId="41A8B745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08BA744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089C7CFA" w14:textId="77777777" w:rsidR="006D4AD2" w:rsidRDefault="00F339D6">
      <w:pPr>
        <w:pStyle w:val="ListBullet"/>
        <w:keepLines/>
      </w:pPr>
      <w:r>
        <w:lastRenderedPageBreak/>
        <w:t>Nielsen Norman Group. Usability Heuristics and UX Research Guidance.</w:t>
      </w:r>
    </w:p>
    <w:p w14:paraId="767328CF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3AF17610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5C4B1269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07</w:t>
      </w:r>
    </w:p>
    <w:p w14:paraId="470E34BD" w14:textId="77777777" w:rsidR="006D4AD2" w:rsidRDefault="00F339D6">
      <w:pPr>
        <w:spacing w:after="140"/>
      </w:pPr>
      <w:r>
        <w:rPr>
          <w:b/>
          <w:color w:val="0B2545"/>
          <w:sz w:val="46"/>
        </w:rPr>
        <w:t>Ideasi dan Low-Fidelity Wireframe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14DB0664" w14:textId="77777777">
        <w:tc>
          <w:tcPr>
            <w:tcW w:w="1500" w:type="dxa"/>
            <w:shd w:val="clear" w:color="auto" w:fill="0B2545"/>
            <w:vAlign w:val="center"/>
          </w:tcPr>
          <w:p w14:paraId="070A146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28BD497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CPMK-4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00B783B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1B43D8A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C6, P3, A3</w:t>
            </w:r>
          </w:p>
        </w:tc>
      </w:tr>
      <w:tr w:rsidR="006D4AD2" w14:paraId="6F6B0F09" w14:textId="77777777">
        <w:tc>
          <w:tcPr>
            <w:tcW w:w="1500" w:type="dxa"/>
            <w:shd w:val="clear" w:color="auto" w:fill="0B2545"/>
            <w:vAlign w:val="center"/>
          </w:tcPr>
          <w:p w14:paraId="3190DE2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1DA6E8E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742A62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42EBE98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792CC1C1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47B9529D" wp14:editId="2BA3361D">
            <wp:extent cx="5394960" cy="305714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021F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7: Ideasi dan </w:t>
      </w:r>
      <w:r>
        <w:rPr>
          <w:i/>
          <w:color w:val="5B6573"/>
          <w:sz w:val="16"/>
        </w:rPr>
        <w:t>Low-Fidelity Wireframe</w:t>
      </w:r>
    </w:p>
    <w:p w14:paraId="5EE84696" w14:textId="77777777" w:rsidR="006D4AD2" w:rsidRDefault="00F339D6">
      <w:pPr>
        <w:pStyle w:val="Heading2"/>
      </w:pPr>
      <w:r>
        <w:t>A. Tujuan Praktikum</w:t>
      </w:r>
    </w:p>
    <w:p w14:paraId="0FE8D4D7" w14:textId="77777777" w:rsidR="006D4AD2" w:rsidRDefault="00F339D6">
      <w:pPr>
        <w:pStyle w:val="ListBullet"/>
        <w:keepLines/>
      </w:pPr>
      <w:r>
        <w:t>Menghasilkan beberapa alternatif solusi.</w:t>
      </w:r>
    </w:p>
    <w:p w14:paraId="723A089B" w14:textId="77777777" w:rsidR="006D4AD2" w:rsidRDefault="00F339D6">
      <w:pPr>
        <w:pStyle w:val="ListBullet"/>
        <w:keepLines/>
      </w:pPr>
      <w:r>
        <w:t>Menerapkan hierarki dan progressive disclosure.</w:t>
      </w:r>
    </w:p>
    <w:p w14:paraId="37690D9B" w14:textId="77777777" w:rsidR="006D4AD2" w:rsidRDefault="00F339D6">
      <w:pPr>
        <w:pStyle w:val="ListBullet"/>
        <w:keepLines/>
      </w:pPr>
      <w:r>
        <w:t>Menyusun low-fidelity prototype sesuai user flow.</w:t>
      </w:r>
    </w:p>
    <w:p w14:paraId="543BD158" w14:textId="77777777" w:rsidR="006D4AD2" w:rsidRDefault="00F339D6">
      <w:pPr>
        <w:pStyle w:val="Heading2"/>
      </w:pPr>
      <w:r>
        <w:t>B. Ringkasan Konsep</w:t>
      </w:r>
    </w:p>
    <w:p w14:paraId="15DAF53D" w14:textId="77777777" w:rsidR="006D4AD2" w:rsidRDefault="00F339D6">
      <w:pPr>
        <w:pStyle w:val="ListBullet"/>
        <w:keepLines/>
      </w:pPr>
      <w:r>
        <w:t xml:space="preserve">Low fidelity memprioritaskan struktur, konten, dan </w:t>
      </w:r>
      <w:r>
        <w:t>interaksi.</w:t>
      </w:r>
    </w:p>
    <w:p w14:paraId="0BFED797" w14:textId="77777777" w:rsidR="006D4AD2" w:rsidRDefault="00F339D6">
      <w:pPr>
        <w:pStyle w:val="ListBullet"/>
        <w:keepLines/>
      </w:pPr>
      <w:r>
        <w:t>Crazy 8s mendorong variasi sebelum memilih solusi.</w:t>
      </w:r>
    </w:p>
    <w:p w14:paraId="4AA178B2" w14:textId="77777777" w:rsidR="006D4AD2" w:rsidRDefault="00F339D6">
      <w:pPr>
        <w:pStyle w:val="ListBullet"/>
        <w:keepLines/>
      </w:pPr>
      <w:r>
        <w:t>Mobile-first membantu menentukan prioritas konten.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2F936BF2" w14:textId="77777777">
        <w:tc>
          <w:tcPr>
            <w:tcW w:w="9360" w:type="dxa"/>
            <w:shd w:val="clear" w:color="auto" w:fill="F4F6F9"/>
          </w:tcPr>
          <w:p w14:paraId="2FA03163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Crazy 8s, dua alternatif, wireframe seluruh layar utama, dan low-fi prototype.</w:t>
            </w:r>
          </w:p>
        </w:tc>
      </w:tr>
    </w:tbl>
    <w:p w14:paraId="45A0F99B" w14:textId="77777777" w:rsidR="006D4AD2" w:rsidRDefault="00F339D6">
      <w:pPr>
        <w:pStyle w:val="Heading2"/>
      </w:pPr>
      <w:r>
        <w:t>C. Alat dan Bahan</w:t>
      </w:r>
    </w:p>
    <w:p w14:paraId="4B948F37" w14:textId="77777777" w:rsidR="006D4AD2" w:rsidRDefault="00F339D6">
      <w:r>
        <w:t>Kertas/sketchbook, timer, Figma</w:t>
      </w:r>
      <w:r>
        <w:t>, user flow.</w:t>
      </w:r>
    </w:p>
    <w:p w14:paraId="1D471E01" w14:textId="77777777" w:rsidR="006D4AD2" w:rsidRDefault="00F339D6">
      <w:pPr>
        <w:pStyle w:val="Heading2"/>
      </w:pPr>
      <w:r>
        <w:lastRenderedPageBreak/>
        <w:t>D. Persiapan</w:t>
      </w:r>
    </w:p>
    <w:p w14:paraId="4C56CADA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38B0F9C4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786AB59B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30C6009B" w14:textId="77777777" w:rsidR="006D4AD2" w:rsidRDefault="00F339D6">
      <w:pPr>
        <w:pStyle w:val="ListBullet"/>
        <w:keepLines/>
      </w:pPr>
      <w:r>
        <w:t>Pastikan tautan file dapat diakses dosen dan a</w:t>
      </w:r>
      <w:r>
        <w:t>nggota kelompok.</w:t>
      </w:r>
    </w:p>
    <w:p w14:paraId="3712198B" w14:textId="77777777" w:rsidR="006D4AD2" w:rsidRDefault="00F339D6">
      <w:pPr>
        <w:pStyle w:val="Heading2"/>
      </w:pPr>
      <w:r>
        <w:t>E. Langkah Kerja</w:t>
      </w:r>
    </w:p>
    <w:p w14:paraId="4C6ABE2A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Pilih satu task utama dari user flow.</w:t>
      </w:r>
    </w:p>
    <w:p w14:paraId="360E34D7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Lakukan Crazy 8s selama delapan menit.</w:t>
      </w:r>
    </w:p>
    <w:p w14:paraId="5A0DDEF1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Pilih dua alternatif berdasarkan kebutuhan pengguna.</w:t>
      </w:r>
    </w:p>
    <w:p w14:paraId="612E9E4A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Buat sketsa layar kunci dan urutan interaksi.</w:t>
      </w:r>
    </w:p>
    <w:p w14:paraId="547B5572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 xml:space="preserve">Ubah sketsa terpilih menjadi </w:t>
      </w:r>
      <w:r>
        <w:t>wireframe digital.</w:t>
      </w:r>
    </w:p>
    <w:p w14:paraId="1A89EB14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Gunakan komponen abu-abu, label nyata, dan anotasi interaksi.</w:t>
      </w:r>
    </w:p>
    <w:p w14:paraId="380C30FD" w14:textId="77777777" w:rsidR="006D4AD2" w:rsidRDefault="00F339D6">
      <w:pPr>
        <w:pStyle w:val="ListNumber"/>
        <w:keepLines/>
        <w:numPr>
          <w:ilvl w:val="0"/>
          <w:numId w:val="16"/>
        </w:numPr>
      </w:pPr>
      <w:r>
        <w:t>Lakukan critique menggunakan kriteria hierarchy, clarity, consistency, dan completion.</w:t>
      </w:r>
    </w:p>
    <w:p w14:paraId="46C021C4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70110DAF" w14:textId="77777777">
        <w:tc>
          <w:tcPr>
            <w:tcW w:w="2200" w:type="dxa"/>
            <w:shd w:val="clear" w:color="auto" w:fill="155EEF"/>
            <w:vAlign w:val="center"/>
          </w:tcPr>
          <w:p w14:paraId="53DC3D7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432EA8D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3DF2D0CC" w14:textId="77777777">
        <w:tc>
          <w:tcPr>
            <w:tcW w:w="2200" w:type="dxa"/>
            <w:shd w:val="clear" w:color="auto" w:fill="155EEF"/>
            <w:vAlign w:val="center"/>
          </w:tcPr>
          <w:p w14:paraId="5946E5E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0FEE244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A82BEB3" w14:textId="77777777">
        <w:tc>
          <w:tcPr>
            <w:tcW w:w="2200" w:type="dxa"/>
            <w:shd w:val="clear" w:color="auto" w:fill="155EEF"/>
            <w:vAlign w:val="center"/>
          </w:tcPr>
          <w:p w14:paraId="2740F88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028A30E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0C7BF8E" w14:textId="77777777">
        <w:tc>
          <w:tcPr>
            <w:tcW w:w="2200" w:type="dxa"/>
            <w:shd w:val="clear" w:color="auto" w:fill="155EEF"/>
            <w:vAlign w:val="center"/>
          </w:tcPr>
          <w:p w14:paraId="54DA960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60BA291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71982D5" w14:textId="77777777">
        <w:tc>
          <w:tcPr>
            <w:tcW w:w="2200" w:type="dxa"/>
            <w:shd w:val="clear" w:color="auto" w:fill="155EEF"/>
            <w:vAlign w:val="center"/>
          </w:tcPr>
          <w:p w14:paraId="6A0CA71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0273FF65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5FAE13E4" w14:textId="77777777">
        <w:tc>
          <w:tcPr>
            <w:tcW w:w="2200" w:type="dxa"/>
            <w:shd w:val="clear" w:color="auto" w:fill="155EEF"/>
            <w:vAlign w:val="center"/>
          </w:tcPr>
          <w:p w14:paraId="68BD079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6D9E18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343E0AD7" w14:textId="77777777" w:rsidR="006D4AD2" w:rsidRDefault="00F339D6">
      <w:pPr>
        <w:pStyle w:val="Heading3"/>
      </w:pPr>
      <w:r>
        <w:t>Catatan Temuan dan Keputusan</w:t>
      </w:r>
    </w:p>
    <w:p w14:paraId="4B329AFE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F70E7A6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973C24A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48F17BCE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73276F64" w14:textId="77777777" w:rsidR="006D4AD2" w:rsidRDefault="00F339D6">
      <w:pPr>
        <w:pStyle w:val="Heading2"/>
      </w:pPr>
      <w:r>
        <w:t>G. Pemeriksaan Sebelum Pengumpulan</w:t>
      </w:r>
    </w:p>
    <w:p w14:paraId="4AE93C33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70B74784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423F8EBC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1B539ED6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720137BA" w14:textId="77777777" w:rsidR="006D4AD2" w:rsidRDefault="00F339D6">
      <w:pPr>
        <w:pStyle w:val="ListBullet"/>
        <w:keepLines/>
      </w:pPr>
      <w:r>
        <w:t>Data pengguna telah dianonimkan.</w:t>
      </w:r>
    </w:p>
    <w:p w14:paraId="33C3DF6B" w14:textId="77777777" w:rsidR="006D4AD2" w:rsidRDefault="00F339D6">
      <w:pPr>
        <w:pStyle w:val="ListBullet"/>
        <w:keepLines/>
      </w:pPr>
      <w:r>
        <w:t>Refleksi individu telah diisi.</w:t>
      </w:r>
    </w:p>
    <w:p w14:paraId="7C5EE7A8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4B64DB09" w14:textId="77777777">
        <w:tc>
          <w:tcPr>
            <w:tcW w:w="2600" w:type="dxa"/>
            <w:shd w:val="clear" w:color="auto" w:fill="0B2545"/>
            <w:vAlign w:val="center"/>
          </w:tcPr>
          <w:p w14:paraId="5FEA056D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2FDF07E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1A400D6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64FF1E1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3FF1210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525FDDAA" w14:textId="77777777">
        <w:tc>
          <w:tcPr>
            <w:tcW w:w="2600" w:type="dxa"/>
            <w:vAlign w:val="center"/>
          </w:tcPr>
          <w:p w14:paraId="7733BF5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Kuantitas dan variasi ide</w:t>
            </w:r>
          </w:p>
        </w:tc>
        <w:tc>
          <w:tcPr>
            <w:tcW w:w="650" w:type="dxa"/>
            <w:vAlign w:val="center"/>
          </w:tcPr>
          <w:p w14:paraId="174022A2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127D52F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CE52E8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</w:t>
            </w:r>
            <w:r>
              <w:rPr>
                <w:sz w:val="16"/>
              </w:rPr>
              <w:t>dengan kekurangan minor.</w:t>
            </w:r>
          </w:p>
        </w:tc>
        <w:tc>
          <w:tcPr>
            <w:tcW w:w="2050" w:type="dxa"/>
            <w:vAlign w:val="center"/>
          </w:tcPr>
          <w:p w14:paraId="2F3654C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9568D81" w14:textId="77777777">
        <w:tc>
          <w:tcPr>
            <w:tcW w:w="2600" w:type="dxa"/>
            <w:vAlign w:val="center"/>
          </w:tcPr>
          <w:p w14:paraId="42C7AE81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Kesesuaian dengan flow</w:t>
            </w:r>
          </w:p>
        </w:tc>
        <w:tc>
          <w:tcPr>
            <w:tcW w:w="650" w:type="dxa"/>
            <w:vAlign w:val="center"/>
          </w:tcPr>
          <w:p w14:paraId="017E6C59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A0F51D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8C4B30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D15D34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64C54486" w14:textId="77777777">
        <w:tc>
          <w:tcPr>
            <w:tcW w:w="2600" w:type="dxa"/>
            <w:vAlign w:val="center"/>
          </w:tcPr>
          <w:p w14:paraId="787F515F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Hierarki konten</w:t>
            </w:r>
          </w:p>
        </w:tc>
        <w:tc>
          <w:tcPr>
            <w:tcW w:w="650" w:type="dxa"/>
            <w:vAlign w:val="center"/>
          </w:tcPr>
          <w:p w14:paraId="47619C9A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06C199C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C3585B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C56B0B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7F1643A" w14:textId="77777777">
        <w:tc>
          <w:tcPr>
            <w:tcW w:w="2600" w:type="dxa"/>
            <w:vAlign w:val="center"/>
          </w:tcPr>
          <w:p w14:paraId="7EE2BACB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layar</w:t>
            </w:r>
          </w:p>
        </w:tc>
        <w:tc>
          <w:tcPr>
            <w:tcW w:w="650" w:type="dxa"/>
            <w:vAlign w:val="center"/>
          </w:tcPr>
          <w:p w14:paraId="5B24F01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331B5D0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BCC91A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1FBE79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lengkap, </w:t>
            </w:r>
            <w:r>
              <w:rPr>
                <w:sz w:val="16"/>
              </w:rPr>
              <w:t>tidak konsisten, atau tanpa bukti.</w:t>
            </w:r>
          </w:p>
        </w:tc>
      </w:tr>
    </w:tbl>
    <w:p w14:paraId="729ED803" w14:textId="77777777" w:rsidR="006D4AD2" w:rsidRDefault="00F339D6">
      <w:pPr>
        <w:pStyle w:val="Heading2"/>
      </w:pPr>
      <w:r>
        <w:t>I. Refleksi Individu</w:t>
      </w:r>
    </w:p>
    <w:p w14:paraId="52D1EE37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..................</w:t>
      </w:r>
      <w:r>
        <w:t>......................................................................................................................</w:t>
      </w:r>
    </w:p>
    <w:p w14:paraId="5AAC8906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.................................................................................................</w:t>
      </w:r>
      <w:r>
        <w:t>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8118B3D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....................</w:t>
      </w:r>
      <w:r>
        <w:t>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441777C1" w14:textId="77777777" w:rsidR="006D4AD2" w:rsidRDefault="00F339D6">
      <w:pPr>
        <w:pStyle w:val="Heading2"/>
      </w:pPr>
      <w:r>
        <w:t>J.</w:t>
      </w:r>
      <w:r>
        <w:t xml:space="preserve"> Referensi Modul</w:t>
      </w:r>
    </w:p>
    <w:p w14:paraId="535A03B9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3F4DBD87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246CBE69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7AD177DD" w14:textId="77777777" w:rsidR="006D4AD2" w:rsidRDefault="00F339D6">
      <w:pPr>
        <w:pStyle w:val="ListBullet"/>
        <w:keepLines/>
      </w:pPr>
      <w:r>
        <w:t>W3C. Web Content Accessibility Guide</w:t>
      </w:r>
      <w:r>
        <w:t>lines (WCAG).</w:t>
      </w:r>
    </w:p>
    <w:p w14:paraId="50F0628E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3101B26F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08</w:t>
      </w:r>
    </w:p>
    <w:p w14:paraId="292725CA" w14:textId="77777777" w:rsidR="006D4AD2" w:rsidRDefault="00F339D6">
      <w:pPr>
        <w:spacing w:after="140"/>
      </w:pPr>
      <w:r>
        <w:rPr>
          <w:b/>
          <w:color w:val="0B2545"/>
          <w:sz w:val="46"/>
        </w:rPr>
        <w:t>UTS - Presentasi Konsep UX dan Low-Fidelity Prototype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672DD35A" w14:textId="77777777">
        <w:tc>
          <w:tcPr>
            <w:tcW w:w="1500" w:type="dxa"/>
            <w:shd w:val="clear" w:color="auto" w:fill="0B2545"/>
            <w:vAlign w:val="center"/>
          </w:tcPr>
          <w:p w14:paraId="5DE18B9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30B4746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CPMK-2 s.d. CPMK-4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15E2396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22C1282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C4-C6, P3, A3</w:t>
            </w:r>
          </w:p>
        </w:tc>
      </w:tr>
      <w:tr w:rsidR="006D4AD2" w14:paraId="51DB1308" w14:textId="77777777">
        <w:tc>
          <w:tcPr>
            <w:tcW w:w="1500" w:type="dxa"/>
            <w:shd w:val="clear" w:color="auto" w:fill="0B2545"/>
            <w:vAlign w:val="center"/>
          </w:tcPr>
          <w:p w14:paraId="6412219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269EE43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38A6B7D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6EE7E8C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5C75FED5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2F5FD1A6" wp14:editId="09FAA25A">
            <wp:extent cx="5394960" cy="311650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11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E24EB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8: </w:t>
      </w:r>
      <w:r>
        <w:rPr>
          <w:i/>
          <w:color w:val="5B6573"/>
          <w:sz w:val="16"/>
        </w:rPr>
        <w:t>UTS - Presentasi Konsep UX dan Low-Fidelity Prototype</w:t>
      </w:r>
    </w:p>
    <w:p w14:paraId="5A9B28A8" w14:textId="77777777" w:rsidR="006D4AD2" w:rsidRDefault="00F339D6">
      <w:pPr>
        <w:pStyle w:val="Heading2"/>
      </w:pPr>
      <w:r>
        <w:t>A. Tujuan Praktikum</w:t>
      </w:r>
    </w:p>
    <w:p w14:paraId="0D739458" w14:textId="77777777" w:rsidR="006D4AD2" w:rsidRDefault="00F339D6">
      <w:pPr>
        <w:pStyle w:val="ListBullet"/>
        <w:keepLines/>
      </w:pPr>
      <w:r>
        <w:t>Mengintegrasikan artefak UX menjadi solusi yang koheren.</w:t>
      </w:r>
    </w:p>
    <w:p w14:paraId="260EA93F" w14:textId="77777777" w:rsidR="006D4AD2" w:rsidRDefault="00F339D6">
      <w:pPr>
        <w:pStyle w:val="ListBullet"/>
        <w:keepLines/>
      </w:pPr>
      <w:r>
        <w:t>Mendemonstrasikan low-fi prototype.</w:t>
      </w:r>
    </w:p>
    <w:p w14:paraId="1B7F8EFC" w14:textId="77777777" w:rsidR="006D4AD2" w:rsidRDefault="00F339D6">
      <w:pPr>
        <w:pStyle w:val="ListBullet"/>
        <w:keepLines/>
      </w:pPr>
      <w:r>
        <w:t>Mempertahankan keputusan desain dengan bukti.</w:t>
      </w:r>
    </w:p>
    <w:p w14:paraId="079D1CC3" w14:textId="77777777" w:rsidR="006D4AD2" w:rsidRDefault="00F339D6">
      <w:pPr>
        <w:pStyle w:val="Heading2"/>
      </w:pPr>
      <w:r>
        <w:t>B. Ringkasan Konsep</w:t>
      </w:r>
    </w:p>
    <w:p w14:paraId="316515B2" w14:textId="77777777" w:rsidR="006D4AD2" w:rsidRDefault="00F339D6">
      <w:pPr>
        <w:pStyle w:val="ListBullet"/>
        <w:keepLines/>
      </w:pPr>
      <w:r>
        <w:t xml:space="preserve">UTS menilai </w:t>
      </w:r>
      <w:r>
        <w:t>keterlacakan: data -&gt; insight -&gt; masalah -&gt; flow -&gt; wireframe.</w:t>
      </w:r>
    </w:p>
    <w:p w14:paraId="0DFE11A1" w14:textId="77777777" w:rsidR="006D4AD2" w:rsidRDefault="00F339D6">
      <w:pPr>
        <w:pStyle w:val="ListBullet"/>
        <w:keepLines/>
      </w:pPr>
      <w:r>
        <w:t>Keputusan harus dijelaskan berdasarkan pengguna, tujuan, dan konteks.</w:t>
      </w:r>
    </w:p>
    <w:p w14:paraId="66F6F74C" w14:textId="77777777" w:rsidR="006D4AD2" w:rsidRDefault="00F339D6">
      <w:pPr>
        <w:pStyle w:val="ListBullet"/>
        <w:keepLines/>
      </w:pPr>
      <w:r>
        <w:t>Kritik digunakan untuk menentukan revisi sebelum visual UI.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03484DEA" w14:textId="77777777">
        <w:tc>
          <w:tcPr>
            <w:tcW w:w="9360" w:type="dxa"/>
            <w:shd w:val="clear" w:color="auto" w:fill="F4F6F9"/>
          </w:tcPr>
          <w:p w14:paraId="2B7A0616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Presentasi 8-10 menit, paket artefak UX, low-fi p</w:t>
            </w:r>
            <w:r>
              <w:rPr>
                <w:sz w:val="18"/>
              </w:rPr>
              <w:t>rototype, dan rencana revisi.</w:t>
            </w:r>
          </w:p>
        </w:tc>
      </w:tr>
    </w:tbl>
    <w:p w14:paraId="07E1CE45" w14:textId="77777777" w:rsidR="006D4AD2" w:rsidRDefault="00F339D6">
      <w:pPr>
        <w:pStyle w:val="Heading2"/>
      </w:pPr>
      <w:r>
        <w:lastRenderedPageBreak/>
        <w:t>C. Alat dan Bahan</w:t>
      </w:r>
    </w:p>
    <w:p w14:paraId="7CB2F2C0" w14:textId="77777777" w:rsidR="006D4AD2" w:rsidRDefault="00F339D6">
      <w:r>
        <w:t>Slide presentasi, prototipe Figma, seluruh artefak minggu 1-7, rubrik UTS.</w:t>
      </w:r>
    </w:p>
    <w:p w14:paraId="78179DBB" w14:textId="77777777" w:rsidR="006D4AD2" w:rsidRDefault="00F339D6">
      <w:pPr>
        <w:pStyle w:val="Heading2"/>
      </w:pPr>
      <w:r>
        <w:t>D. Persiapan</w:t>
      </w:r>
    </w:p>
    <w:p w14:paraId="3D0B18E1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6DC632A6" w14:textId="77777777" w:rsidR="006D4AD2" w:rsidRDefault="00F339D6">
      <w:pPr>
        <w:pStyle w:val="ListBullet"/>
        <w:keepLines/>
      </w:pPr>
      <w:r>
        <w:t>Baca tujuan, indikator, dan rubrik sebelum mulai bekerj</w:t>
      </w:r>
      <w:r>
        <w:t>a.</w:t>
      </w:r>
    </w:p>
    <w:p w14:paraId="6791EC02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64180388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084C6D73" w14:textId="77777777" w:rsidR="006D4AD2" w:rsidRDefault="00F339D6">
      <w:pPr>
        <w:pStyle w:val="Heading2"/>
      </w:pPr>
      <w:r>
        <w:t>E. Langkah Kerja</w:t>
      </w:r>
    </w:p>
    <w:p w14:paraId="770F7D9C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Susun cerita: konteks, pengguna, masalah, bukti, peluang, alur, dan solusi.</w:t>
      </w:r>
    </w:p>
    <w:p w14:paraId="2852C9A7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Pilih artefak yang mendukung argume</w:t>
      </w:r>
      <w:r>
        <w:t>ntasi; hindari menampilkan semua data tanpa sintesis.</w:t>
      </w:r>
    </w:p>
    <w:p w14:paraId="0B0EC870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Demonstrasikan satu skenario utama pada low-fi prototype.</w:t>
      </w:r>
    </w:p>
    <w:p w14:paraId="512C3013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Jelaskan minimal tiga keputusan desain dan sumber buktinya.</w:t>
      </w:r>
    </w:p>
    <w:p w14:paraId="273D3C5E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Jawab pertanyaan panel dengan ringkas dan terbuka.</w:t>
      </w:r>
    </w:p>
    <w:p w14:paraId="7341B877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 xml:space="preserve">Catat umpan balik </w:t>
      </w:r>
      <w:r>
        <w:t>berdasarkan severity dan relevansi.</w:t>
      </w:r>
    </w:p>
    <w:p w14:paraId="3B4E90A9" w14:textId="77777777" w:rsidR="006D4AD2" w:rsidRDefault="00F339D6">
      <w:pPr>
        <w:pStyle w:val="ListNumber"/>
        <w:keepLines/>
        <w:numPr>
          <w:ilvl w:val="0"/>
          <w:numId w:val="17"/>
        </w:numPr>
      </w:pPr>
      <w:r>
        <w:t>Susun rencana revisi pasca-UTS.</w:t>
      </w:r>
    </w:p>
    <w:p w14:paraId="50107EBB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12C0D1D5" w14:textId="77777777">
        <w:tc>
          <w:tcPr>
            <w:tcW w:w="2200" w:type="dxa"/>
            <w:shd w:val="clear" w:color="auto" w:fill="155EEF"/>
            <w:vAlign w:val="center"/>
          </w:tcPr>
          <w:p w14:paraId="23DAB5E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188072C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60FB0631" w14:textId="77777777">
        <w:tc>
          <w:tcPr>
            <w:tcW w:w="2200" w:type="dxa"/>
            <w:shd w:val="clear" w:color="auto" w:fill="155EEF"/>
            <w:vAlign w:val="center"/>
          </w:tcPr>
          <w:p w14:paraId="0A3E841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1B5D2FA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847147C" w14:textId="77777777">
        <w:tc>
          <w:tcPr>
            <w:tcW w:w="2200" w:type="dxa"/>
            <w:shd w:val="clear" w:color="auto" w:fill="155EEF"/>
            <w:vAlign w:val="center"/>
          </w:tcPr>
          <w:p w14:paraId="192979CB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67321B1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3C7262E" w14:textId="77777777">
        <w:tc>
          <w:tcPr>
            <w:tcW w:w="2200" w:type="dxa"/>
            <w:shd w:val="clear" w:color="auto" w:fill="155EEF"/>
            <w:vAlign w:val="center"/>
          </w:tcPr>
          <w:p w14:paraId="29E9909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005BFB5F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E93792C" w14:textId="77777777">
        <w:tc>
          <w:tcPr>
            <w:tcW w:w="2200" w:type="dxa"/>
            <w:shd w:val="clear" w:color="auto" w:fill="155EEF"/>
            <w:vAlign w:val="center"/>
          </w:tcPr>
          <w:p w14:paraId="6A10952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19376E6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9501494" w14:textId="77777777">
        <w:tc>
          <w:tcPr>
            <w:tcW w:w="2200" w:type="dxa"/>
            <w:shd w:val="clear" w:color="auto" w:fill="155EEF"/>
            <w:vAlign w:val="center"/>
          </w:tcPr>
          <w:p w14:paraId="7A9C94A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6400AF4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60321B93" w14:textId="77777777" w:rsidR="006D4AD2" w:rsidRDefault="00F339D6">
      <w:pPr>
        <w:pStyle w:val="Heading3"/>
      </w:pPr>
      <w:r>
        <w:t>Catatan Temuan dan Keputusan</w:t>
      </w:r>
    </w:p>
    <w:p w14:paraId="7D58BDE0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07934A8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4E5FBA7" w14:textId="77777777" w:rsidR="006D4AD2" w:rsidRDefault="00F339D6">
      <w:r>
        <w:rPr>
          <w:b/>
          <w:color w:val="0B2545"/>
          <w:sz w:val="18"/>
        </w:rPr>
        <w:lastRenderedPageBreak/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15F421B8" w14:textId="77777777" w:rsidR="006D4AD2" w:rsidRDefault="00F339D6">
      <w:r>
        <w:rPr>
          <w:b/>
          <w:color w:val="0B2545"/>
          <w:sz w:val="18"/>
        </w:rPr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51BE4079" w14:textId="77777777" w:rsidR="006D4AD2" w:rsidRDefault="00F339D6">
      <w:pPr>
        <w:pStyle w:val="Heading2"/>
      </w:pPr>
      <w:r>
        <w:t>G. Pemeriksaan Sebelum Pengumpulan</w:t>
      </w:r>
    </w:p>
    <w:p w14:paraId="0ABC3761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71A53A69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6ABEB47F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311F4AC6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18845138" w14:textId="77777777" w:rsidR="006D4AD2" w:rsidRDefault="00F339D6">
      <w:pPr>
        <w:pStyle w:val="ListBullet"/>
        <w:keepLines/>
      </w:pPr>
      <w:r>
        <w:t>Data pengguna telah dianonimkan.</w:t>
      </w:r>
    </w:p>
    <w:p w14:paraId="272C892B" w14:textId="77777777" w:rsidR="006D4AD2" w:rsidRDefault="00F339D6">
      <w:pPr>
        <w:pStyle w:val="ListBullet"/>
        <w:keepLines/>
      </w:pPr>
      <w:r>
        <w:t>Refleksi individu telah diisi.</w:t>
      </w:r>
    </w:p>
    <w:p w14:paraId="7296F675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3D4EB953" w14:textId="77777777">
        <w:tc>
          <w:tcPr>
            <w:tcW w:w="2600" w:type="dxa"/>
            <w:shd w:val="clear" w:color="auto" w:fill="0B2545"/>
            <w:vAlign w:val="center"/>
          </w:tcPr>
          <w:p w14:paraId="2479DD6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72300F8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38D0E76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414AB608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A3639A7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73CEDF8D" w14:textId="77777777">
        <w:tc>
          <w:tcPr>
            <w:tcW w:w="2600" w:type="dxa"/>
            <w:vAlign w:val="center"/>
          </w:tcPr>
          <w:p w14:paraId="1028701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Keterpaduan proses UX</w:t>
            </w:r>
          </w:p>
        </w:tc>
        <w:tc>
          <w:tcPr>
            <w:tcW w:w="650" w:type="dxa"/>
            <w:vAlign w:val="center"/>
          </w:tcPr>
          <w:p w14:paraId="7A60A1A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6827780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D35CE5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243A836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4FEBFD85" w14:textId="77777777">
        <w:tc>
          <w:tcPr>
            <w:tcW w:w="2600" w:type="dxa"/>
            <w:vAlign w:val="center"/>
          </w:tcPr>
          <w:p w14:paraId="626310B8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argumentasi</w:t>
            </w:r>
          </w:p>
        </w:tc>
        <w:tc>
          <w:tcPr>
            <w:tcW w:w="650" w:type="dxa"/>
            <w:vAlign w:val="center"/>
          </w:tcPr>
          <w:p w14:paraId="0D853D49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4B8CD63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502B46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3CFA4A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B6613AA" w14:textId="77777777">
        <w:tc>
          <w:tcPr>
            <w:tcW w:w="2600" w:type="dxa"/>
            <w:vAlign w:val="center"/>
          </w:tcPr>
          <w:p w14:paraId="2B69BE4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prototype</w:t>
            </w:r>
          </w:p>
        </w:tc>
        <w:tc>
          <w:tcPr>
            <w:tcW w:w="650" w:type="dxa"/>
            <w:vAlign w:val="center"/>
          </w:tcPr>
          <w:p w14:paraId="12B52693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4A95902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6C7C4D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8D841E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C1E1C87" w14:textId="77777777">
        <w:tc>
          <w:tcPr>
            <w:tcW w:w="2600" w:type="dxa"/>
            <w:vAlign w:val="center"/>
          </w:tcPr>
          <w:p w14:paraId="560D302E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Presentasi profesional</w:t>
            </w:r>
          </w:p>
        </w:tc>
        <w:tc>
          <w:tcPr>
            <w:tcW w:w="650" w:type="dxa"/>
            <w:vAlign w:val="center"/>
          </w:tcPr>
          <w:p w14:paraId="52FE433B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7F66053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07E25C6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1FFC46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4A39259C" w14:textId="77777777" w:rsidR="006D4AD2" w:rsidRDefault="00F339D6">
      <w:pPr>
        <w:pStyle w:val="Heading2"/>
      </w:pPr>
      <w:r>
        <w:t>I. Refleksi Individu</w:t>
      </w:r>
    </w:p>
    <w:p w14:paraId="0D649EDA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682EC81E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5C00635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12BAFAE5" w14:textId="77777777" w:rsidR="006D4AD2" w:rsidRDefault="00F339D6">
      <w:pPr>
        <w:pStyle w:val="Heading2"/>
      </w:pPr>
      <w:r>
        <w:t>J. Referensi Modul</w:t>
      </w:r>
    </w:p>
    <w:p w14:paraId="2A37DC4A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3C0AC618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045E5DF0" w14:textId="77777777" w:rsidR="006D4AD2" w:rsidRDefault="00F339D6">
      <w:pPr>
        <w:pStyle w:val="ListBullet"/>
        <w:keepLines/>
      </w:pPr>
      <w:r>
        <w:lastRenderedPageBreak/>
        <w:t>Nielsen Norman Group. Usability Heuristics and UX Research Guidance.</w:t>
      </w:r>
    </w:p>
    <w:p w14:paraId="33468426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334875FB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7DE2DF4B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09</w:t>
      </w:r>
    </w:p>
    <w:p w14:paraId="039D3A88" w14:textId="77777777" w:rsidR="006D4AD2" w:rsidRDefault="00F339D6">
      <w:pPr>
        <w:spacing w:after="140"/>
      </w:pPr>
      <w:r>
        <w:rPr>
          <w:b/>
          <w:color w:val="0B2545"/>
          <w:sz w:val="46"/>
        </w:rPr>
        <w:t>Visual UI: Grid, Warna, Tipografi, dan Style Tile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5AE06DDC" w14:textId="77777777">
        <w:tc>
          <w:tcPr>
            <w:tcW w:w="1500" w:type="dxa"/>
            <w:shd w:val="clear" w:color="auto" w:fill="0B2545"/>
            <w:vAlign w:val="center"/>
          </w:tcPr>
          <w:p w14:paraId="41DB37AB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11F360C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CPMK-4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40D595D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5CE1BB6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C3-C6, P4</w:t>
            </w:r>
          </w:p>
        </w:tc>
      </w:tr>
      <w:tr w:rsidR="006D4AD2" w14:paraId="6B05D568" w14:textId="77777777">
        <w:tc>
          <w:tcPr>
            <w:tcW w:w="1500" w:type="dxa"/>
            <w:shd w:val="clear" w:color="auto" w:fill="0B2545"/>
            <w:vAlign w:val="center"/>
          </w:tcPr>
          <w:p w14:paraId="6EE3774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276396E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32A16AC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758ADB2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59D8F52F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6F331063" wp14:editId="1508A0ED">
            <wp:extent cx="5394960" cy="305714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2F665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9: Visual </w:t>
      </w:r>
      <w:r>
        <w:rPr>
          <w:i/>
          <w:color w:val="5B6573"/>
          <w:sz w:val="16"/>
        </w:rPr>
        <w:t>UI: Grid, Warna, Tipografi, dan Style Tile</w:t>
      </w:r>
    </w:p>
    <w:p w14:paraId="6AF3773A" w14:textId="77777777" w:rsidR="006D4AD2" w:rsidRDefault="00F339D6">
      <w:pPr>
        <w:pStyle w:val="Heading2"/>
      </w:pPr>
      <w:r>
        <w:t>A. Tujuan Praktikum</w:t>
      </w:r>
    </w:p>
    <w:p w14:paraId="1931D3B3" w14:textId="77777777" w:rsidR="006D4AD2" w:rsidRDefault="00F339D6">
      <w:pPr>
        <w:pStyle w:val="ListBullet"/>
        <w:keepLines/>
      </w:pPr>
      <w:r>
        <w:t>Menerapkan grid dan spacing yang konsisten.</w:t>
      </w:r>
    </w:p>
    <w:p w14:paraId="27933599" w14:textId="77777777" w:rsidR="006D4AD2" w:rsidRDefault="00F339D6">
      <w:pPr>
        <w:pStyle w:val="ListBullet"/>
        <w:keepLines/>
      </w:pPr>
      <w:r>
        <w:t>Menyusun color roles dan type scale.</w:t>
      </w:r>
    </w:p>
    <w:p w14:paraId="557BF191" w14:textId="77777777" w:rsidR="006D4AD2" w:rsidRDefault="00F339D6">
      <w:pPr>
        <w:pStyle w:val="ListBullet"/>
        <w:keepLines/>
      </w:pPr>
      <w:r>
        <w:t>Mengembangkan style tile sesuai karakter produk dan aksesibilitas.</w:t>
      </w:r>
    </w:p>
    <w:p w14:paraId="0EEF305B" w14:textId="77777777" w:rsidR="006D4AD2" w:rsidRDefault="00F339D6">
      <w:pPr>
        <w:pStyle w:val="Heading2"/>
      </w:pPr>
      <w:r>
        <w:t>B. Ringkasan Konsep</w:t>
      </w:r>
    </w:p>
    <w:p w14:paraId="091EBD06" w14:textId="77777777" w:rsidR="006D4AD2" w:rsidRDefault="00F339D6">
      <w:pPr>
        <w:pStyle w:val="ListBullet"/>
        <w:keepLines/>
      </w:pPr>
      <w:r>
        <w:t xml:space="preserve">Grid dan spacing </w:t>
      </w:r>
      <w:r>
        <w:t>membangun ritme serta hubungan antarelemen.</w:t>
      </w:r>
    </w:p>
    <w:p w14:paraId="7B4637DD" w14:textId="77777777" w:rsidR="006D4AD2" w:rsidRDefault="00F339D6">
      <w:pPr>
        <w:pStyle w:val="ListBullet"/>
        <w:keepLines/>
      </w:pPr>
      <w:r>
        <w:t>Warna harus memiliki peran semantik dan kontras yang memadai.</w:t>
      </w:r>
    </w:p>
    <w:p w14:paraId="4FDA0B53" w14:textId="77777777" w:rsidR="006D4AD2" w:rsidRDefault="00F339D6">
      <w:pPr>
        <w:pStyle w:val="ListBullet"/>
        <w:keepLines/>
      </w:pPr>
      <w:r>
        <w:t>Tipografi layar menuntut keterbacaan, hierarchy, dan konsistensi.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8306B6D" w14:textId="77777777">
        <w:tc>
          <w:tcPr>
            <w:tcW w:w="9360" w:type="dxa"/>
            <w:shd w:val="clear" w:color="auto" w:fill="F4F6F9"/>
          </w:tcPr>
          <w:p w14:paraId="7AF15AAC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Moodboard, grid specification, color roles, type scale, style tile, da</w:t>
            </w:r>
            <w:r>
              <w:rPr>
                <w:sz w:val="18"/>
              </w:rPr>
              <w:t>n satu UI screen.</w:t>
            </w:r>
          </w:p>
        </w:tc>
      </w:tr>
    </w:tbl>
    <w:p w14:paraId="149600A7" w14:textId="77777777" w:rsidR="006D4AD2" w:rsidRDefault="00F339D6">
      <w:pPr>
        <w:pStyle w:val="Heading2"/>
      </w:pPr>
      <w:r>
        <w:t>C. Alat dan Bahan</w:t>
      </w:r>
    </w:p>
    <w:p w14:paraId="59A3C827" w14:textId="77777777" w:rsidR="006D4AD2" w:rsidRDefault="00F339D6">
      <w:r>
        <w:t>Figma, contrast checker, Material Design/HIG, wireframe hasil revisi.</w:t>
      </w:r>
    </w:p>
    <w:p w14:paraId="7B4276ED" w14:textId="77777777" w:rsidR="006D4AD2" w:rsidRDefault="00F339D6">
      <w:pPr>
        <w:pStyle w:val="Heading2"/>
      </w:pPr>
      <w:r>
        <w:lastRenderedPageBreak/>
        <w:t>D. Persiapan</w:t>
      </w:r>
    </w:p>
    <w:p w14:paraId="3FD95E7B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110A5C3E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55817BE8" w14:textId="77777777" w:rsidR="006D4AD2" w:rsidRDefault="00F339D6">
      <w:pPr>
        <w:pStyle w:val="ListBullet"/>
        <w:keepLines/>
      </w:pPr>
      <w:r>
        <w:t>Siapkan artefa</w:t>
      </w:r>
      <w:r>
        <w:t>k dari pertemuan sebelumnya yang menjadi input.</w:t>
      </w:r>
    </w:p>
    <w:p w14:paraId="637B54C3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0D6FA2BF" w14:textId="77777777" w:rsidR="006D4AD2" w:rsidRDefault="00F339D6">
      <w:pPr>
        <w:pStyle w:val="Heading2"/>
      </w:pPr>
      <w:r>
        <w:t>E. Langkah Kerja</w:t>
      </w:r>
    </w:p>
    <w:p w14:paraId="0EC32E11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Buat moodboard berdasarkan atribut brand dan kebutuhan pengguna.</w:t>
      </w:r>
    </w:p>
    <w:p w14:paraId="70CAE9E3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Tentukan grid, margin, column, gutter, dan basis spacing.</w:t>
      </w:r>
    </w:p>
    <w:p w14:paraId="337B8DA5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Pilih</w:t>
      </w:r>
      <w:r>
        <w:t xml:space="preserve"> palette dan definisikan primary, secondary, surface, text, success, warning, error.</w:t>
      </w:r>
    </w:p>
    <w:p w14:paraId="25F5C73D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Uji kontras teks dan kontrol penting.</w:t>
      </w:r>
    </w:p>
    <w:p w14:paraId="60E92FE6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Buat type scale untuk display, heading, body, label, dan caption.</w:t>
      </w:r>
    </w:p>
    <w:p w14:paraId="6CDF61FE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Bangun style tile dengan contoh button, input, card, dan ikon.</w:t>
      </w:r>
    </w:p>
    <w:p w14:paraId="50BF4C80" w14:textId="77777777" w:rsidR="006D4AD2" w:rsidRDefault="00F339D6">
      <w:pPr>
        <w:pStyle w:val="ListNumber"/>
        <w:keepLines/>
        <w:numPr>
          <w:ilvl w:val="0"/>
          <w:numId w:val="18"/>
        </w:numPr>
      </w:pPr>
      <w:r>
        <w:t>Terapkan pada satu layar utama dan lakukan critique.</w:t>
      </w:r>
    </w:p>
    <w:p w14:paraId="55E6B4D2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115C55E9" w14:textId="77777777">
        <w:tc>
          <w:tcPr>
            <w:tcW w:w="2200" w:type="dxa"/>
            <w:shd w:val="clear" w:color="auto" w:fill="155EEF"/>
            <w:vAlign w:val="center"/>
          </w:tcPr>
          <w:p w14:paraId="0EB3D2D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23ABD02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6FE7E6B8" w14:textId="77777777">
        <w:tc>
          <w:tcPr>
            <w:tcW w:w="2200" w:type="dxa"/>
            <w:shd w:val="clear" w:color="auto" w:fill="155EEF"/>
            <w:vAlign w:val="center"/>
          </w:tcPr>
          <w:p w14:paraId="1E588FE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46957CF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230F3C0" w14:textId="77777777">
        <w:tc>
          <w:tcPr>
            <w:tcW w:w="2200" w:type="dxa"/>
            <w:shd w:val="clear" w:color="auto" w:fill="155EEF"/>
            <w:vAlign w:val="center"/>
          </w:tcPr>
          <w:p w14:paraId="2E8B1CA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29D602A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304F1A2" w14:textId="77777777">
        <w:tc>
          <w:tcPr>
            <w:tcW w:w="2200" w:type="dxa"/>
            <w:shd w:val="clear" w:color="auto" w:fill="155EEF"/>
            <w:vAlign w:val="center"/>
          </w:tcPr>
          <w:p w14:paraId="7B03C4D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5AA47AB9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B3576A3" w14:textId="77777777">
        <w:tc>
          <w:tcPr>
            <w:tcW w:w="2200" w:type="dxa"/>
            <w:shd w:val="clear" w:color="auto" w:fill="155EEF"/>
            <w:vAlign w:val="center"/>
          </w:tcPr>
          <w:p w14:paraId="1FB6B94F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3FEFBD1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385CF0D" w14:textId="77777777">
        <w:tc>
          <w:tcPr>
            <w:tcW w:w="2200" w:type="dxa"/>
            <w:shd w:val="clear" w:color="auto" w:fill="155EEF"/>
            <w:vAlign w:val="center"/>
          </w:tcPr>
          <w:p w14:paraId="7D154B4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4F559E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7F64F60B" w14:textId="77777777" w:rsidR="006D4AD2" w:rsidRDefault="00F339D6">
      <w:pPr>
        <w:pStyle w:val="Heading3"/>
      </w:pPr>
      <w:r>
        <w:t>Catatan Temuan dan Keputusan</w:t>
      </w:r>
    </w:p>
    <w:p w14:paraId="5F3FF968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344FFCE6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7BA5CF87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2317754A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55FB6C7A" w14:textId="77777777" w:rsidR="006D4AD2" w:rsidRDefault="00F339D6">
      <w:pPr>
        <w:pStyle w:val="Heading2"/>
      </w:pPr>
      <w:r>
        <w:t>G. Pemeriksaan Sebelum Pengumpulan</w:t>
      </w:r>
    </w:p>
    <w:p w14:paraId="297D60EF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49FC77C8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758C0E04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1902B1E8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176FCDE7" w14:textId="77777777" w:rsidR="006D4AD2" w:rsidRDefault="00F339D6">
      <w:pPr>
        <w:pStyle w:val="ListBullet"/>
        <w:keepLines/>
      </w:pPr>
      <w:r>
        <w:t>Data pengguna telah dianonimkan.</w:t>
      </w:r>
    </w:p>
    <w:p w14:paraId="373AC85F" w14:textId="77777777" w:rsidR="006D4AD2" w:rsidRDefault="00F339D6">
      <w:pPr>
        <w:pStyle w:val="ListBullet"/>
        <w:keepLines/>
      </w:pPr>
      <w:r>
        <w:t>Refleksi individu telah diisi.</w:t>
      </w:r>
    </w:p>
    <w:p w14:paraId="6525B9DA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E5D05F7" w14:textId="77777777">
        <w:tc>
          <w:tcPr>
            <w:tcW w:w="2600" w:type="dxa"/>
            <w:shd w:val="clear" w:color="auto" w:fill="0B2545"/>
            <w:vAlign w:val="center"/>
          </w:tcPr>
          <w:p w14:paraId="7357DC20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0CA4A21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2EB774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3E4B51E8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A9201D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5AE2BCDA" w14:textId="77777777">
        <w:tc>
          <w:tcPr>
            <w:tcW w:w="2600" w:type="dxa"/>
            <w:vAlign w:val="center"/>
          </w:tcPr>
          <w:p w14:paraId="51BAE0C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grid</w:t>
            </w:r>
          </w:p>
        </w:tc>
        <w:tc>
          <w:tcPr>
            <w:tcW w:w="650" w:type="dxa"/>
            <w:vAlign w:val="center"/>
          </w:tcPr>
          <w:p w14:paraId="094DD22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09836A2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18B063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1D798B5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401B7007" w14:textId="77777777">
        <w:tc>
          <w:tcPr>
            <w:tcW w:w="2600" w:type="dxa"/>
            <w:vAlign w:val="center"/>
          </w:tcPr>
          <w:p w14:paraId="4773DEE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Keterbacaan dan kontras</w:t>
            </w:r>
          </w:p>
        </w:tc>
        <w:tc>
          <w:tcPr>
            <w:tcW w:w="650" w:type="dxa"/>
            <w:vAlign w:val="center"/>
          </w:tcPr>
          <w:p w14:paraId="433AE00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44B0D7B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F504E4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6D8394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C57788D" w14:textId="77777777">
        <w:tc>
          <w:tcPr>
            <w:tcW w:w="2600" w:type="dxa"/>
            <w:vAlign w:val="center"/>
          </w:tcPr>
          <w:p w14:paraId="77A59EB2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 xml:space="preserve">Kesesuaian karakter </w:t>
            </w:r>
            <w:r>
              <w:rPr>
                <w:b/>
                <w:sz w:val="16"/>
              </w:rPr>
              <w:t>visual</w:t>
            </w:r>
          </w:p>
        </w:tc>
        <w:tc>
          <w:tcPr>
            <w:tcW w:w="650" w:type="dxa"/>
            <w:vAlign w:val="center"/>
          </w:tcPr>
          <w:p w14:paraId="27C610E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7483E3C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02C561E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69494E8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E9826CF" w14:textId="77777777">
        <w:tc>
          <w:tcPr>
            <w:tcW w:w="2600" w:type="dxa"/>
            <w:vAlign w:val="center"/>
          </w:tcPr>
          <w:p w14:paraId="02B89756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Hierarchy visual</w:t>
            </w:r>
          </w:p>
        </w:tc>
        <w:tc>
          <w:tcPr>
            <w:tcW w:w="650" w:type="dxa"/>
            <w:vAlign w:val="center"/>
          </w:tcPr>
          <w:p w14:paraId="7E92771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53F0683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8DA8D8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3751AF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6E15AC10" w14:textId="77777777" w:rsidR="006D4AD2" w:rsidRDefault="00F339D6">
      <w:pPr>
        <w:pStyle w:val="Heading2"/>
      </w:pPr>
      <w:r>
        <w:t>I. Refleksi Individu</w:t>
      </w:r>
    </w:p>
    <w:p w14:paraId="5076CBFC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787C6B38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82A3A07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670113F4" w14:textId="77777777" w:rsidR="006D4AD2" w:rsidRDefault="00F339D6">
      <w:pPr>
        <w:pStyle w:val="Heading2"/>
      </w:pPr>
      <w:r>
        <w:t>J. Referensi Modul</w:t>
      </w:r>
    </w:p>
    <w:p w14:paraId="2F6769AF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2D4E2396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29B7F022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10841C80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37460D4D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157922A9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10</w:t>
      </w:r>
    </w:p>
    <w:p w14:paraId="63335F25" w14:textId="77777777" w:rsidR="006D4AD2" w:rsidRDefault="00F339D6">
      <w:pPr>
        <w:spacing w:after="140"/>
      </w:pPr>
      <w:r>
        <w:rPr>
          <w:b/>
          <w:color w:val="0B2545"/>
          <w:sz w:val="46"/>
        </w:rPr>
        <w:t>Mini Design System dan Reusable Components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6472649B" w14:textId="77777777">
        <w:tc>
          <w:tcPr>
            <w:tcW w:w="1500" w:type="dxa"/>
            <w:shd w:val="clear" w:color="auto" w:fill="0B2545"/>
            <w:vAlign w:val="center"/>
          </w:tcPr>
          <w:p w14:paraId="44D5FFA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60BDBB7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CPMK-5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69CE234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242CC44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C5-C6, P4</w:t>
            </w:r>
          </w:p>
        </w:tc>
      </w:tr>
      <w:tr w:rsidR="006D4AD2" w14:paraId="3974B429" w14:textId="77777777">
        <w:tc>
          <w:tcPr>
            <w:tcW w:w="1500" w:type="dxa"/>
            <w:shd w:val="clear" w:color="auto" w:fill="0B2545"/>
            <w:vAlign w:val="center"/>
          </w:tcPr>
          <w:p w14:paraId="138A6A7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4023677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945335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5ECEAAA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4D306249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07125A6D" wp14:editId="6623AF28">
            <wp:extent cx="5394960" cy="305714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58BE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10: Mini Design </w:t>
      </w:r>
      <w:r>
        <w:rPr>
          <w:i/>
          <w:color w:val="5B6573"/>
          <w:sz w:val="16"/>
        </w:rPr>
        <w:t>System dan Reusable Components</w:t>
      </w:r>
    </w:p>
    <w:p w14:paraId="6A546323" w14:textId="77777777" w:rsidR="006D4AD2" w:rsidRDefault="00F339D6">
      <w:pPr>
        <w:pStyle w:val="Heading2"/>
      </w:pPr>
      <w:r>
        <w:t>A. Tujuan Praktikum</w:t>
      </w:r>
    </w:p>
    <w:p w14:paraId="426C280E" w14:textId="77777777" w:rsidR="006D4AD2" w:rsidRDefault="00F339D6">
      <w:pPr>
        <w:pStyle w:val="ListBullet"/>
        <w:keepLines/>
      </w:pPr>
      <w:r>
        <w:t>Membangun token dan styles.</w:t>
      </w:r>
    </w:p>
    <w:p w14:paraId="4A4981F8" w14:textId="77777777" w:rsidR="006D4AD2" w:rsidRDefault="00F339D6">
      <w:pPr>
        <w:pStyle w:val="ListBullet"/>
        <w:keepLines/>
      </w:pPr>
      <w:r>
        <w:t>Membuat component, variant, dan state.</w:t>
      </w:r>
    </w:p>
    <w:p w14:paraId="010BDB9E" w14:textId="77777777" w:rsidR="006D4AD2" w:rsidRDefault="00F339D6">
      <w:pPr>
        <w:pStyle w:val="ListBullet"/>
        <w:keepLines/>
      </w:pPr>
      <w:r>
        <w:t>Mendokumentasikan aturan penggunaan.</w:t>
      </w:r>
    </w:p>
    <w:p w14:paraId="3EF4EBAE" w14:textId="77777777" w:rsidR="006D4AD2" w:rsidRDefault="00F339D6">
      <w:pPr>
        <w:pStyle w:val="Heading2"/>
      </w:pPr>
      <w:r>
        <w:t>B. Ringkasan Konsep</w:t>
      </w:r>
    </w:p>
    <w:p w14:paraId="55023D4A" w14:textId="77777777" w:rsidR="006D4AD2" w:rsidRDefault="00F339D6">
      <w:pPr>
        <w:pStyle w:val="ListBullet"/>
        <w:keepLines/>
      </w:pPr>
      <w:r>
        <w:t xml:space="preserve">Design token menyimpan keputusan warna, tipografi, spacing, radius, dan </w:t>
      </w:r>
      <w:r>
        <w:t>elevation.</w:t>
      </w:r>
    </w:p>
    <w:p w14:paraId="51F62556" w14:textId="77777777" w:rsidR="006D4AD2" w:rsidRDefault="00F339D6">
      <w:pPr>
        <w:pStyle w:val="ListBullet"/>
        <w:keepLines/>
      </w:pPr>
      <w:r>
        <w:t>Komponen harus mendukung state default, hover, focus, active, disabled, loading, dan error sesuai kebutuhan.</w:t>
      </w:r>
    </w:p>
    <w:p w14:paraId="6B032BD5" w14:textId="77777777" w:rsidR="006D4AD2" w:rsidRDefault="00F339D6">
      <w:pPr>
        <w:pStyle w:val="ListBullet"/>
        <w:keepLines/>
      </w:pPr>
      <w:r>
        <w:t>Penamaan konsisten memudahkan kolaborasi dan pemeliharaan.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2C3D3A5" w14:textId="77777777">
        <w:tc>
          <w:tcPr>
            <w:tcW w:w="9360" w:type="dxa"/>
            <w:shd w:val="clear" w:color="auto" w:fill="F4F6F9"/>
          </w:tcPr>
          <w:p w14:paraId="73B5712D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Mini design system berisi token, styles, button, input, card, n</w:t>
            </w:r>
            <w:r>
              <w:rPr>
                <w:sz w:val="18"/>
              </w:rPr>
              <w:t>avigation, variants, dan dokumentasi.</w:t>
            </w:r>
          </w:p>
        </w:tc>
      </w:tr>
    </w:tbl>
    <w:p w14:paraId="7D9B2400" w14:textId="77777777" w:rsidR="006D4AD2" w:rsidRDefault="00F339D6">
      <w:pPr>
        <w:pStyle w:val="Heading2"/>
      </w:pPr>
      <w:r>
        <w:t>C. Alat dan Bahan</w:t>
      </w:r>
    </w:p>
    <w:p w14:paraId="43C103A5" w14:textId="77777777" w:rsidR="006D4AD2" w:rsidRDefault="00F339D6">
      <w:r>
        <w:t>Figma, style tile, component checklist.</w:t>
      </w:r>
    </w:p>
    <w:p w14:paraId="5EB59D4B" w14:textId="77777777" w:rsidR="006D4AD2" w:rsidRDefault="00F339D6">
      <w:pPr>
        <w:pStyle w:val="Heading2"/>
      </w:pPr>
      <w:r>
        <w:lastRenderedPageBreak/>
        <w:t>D. Persiapan</w:t>
      </w:r>
    </w:p>
    <w:p w14:paraId="7860239B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1B42D797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6E556D15" w14:textId="77777777" w:rsidR="006D4AD2" w:rsidRDefault="00F339D6">
      <w:pPr>
        <w:pStyle w:val="ListBullet"/>
        <w:keepLines/>
      </w:pPr>
      <w:r>
        <w:t>Siapkan artefak dari per</w:t>
      </w:r>
      <w:r>
        <w:t>temuan sebelumnya yang menjadi input.</w:t>
      </w:r>
    </w:p>
    <w:p w14:paraId="5E46A56E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57454EE4" w14:textId="77777777" w:rsidR="006D4AD2" w:rsidRDefault="00F339D6">
      <w:pPr>
        <w:pStyle w:val="Heading2"/>
      </w:pPr>
      <w:r>
        <w:t>E. Langkah Kerja</w:t>
      </w:r>
    </w:p>
    <w:p w14:paraId="18F06A2E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Bangun color, typography, effect, dan grid styles/variables.</w:t>
      </w:r>
    </w:p>
    <w:p w14:paraId="5A262905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Tetapkan spacing scale dan aturan penamaan.</w:t>
      </w:r>
    </w:p>
    <w:p w14:paraId="05009B82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Buat button dengan size, hierarch</w:t>
      </w:r>
      <w:r>
        <w:t>y, icon, dan state variants.</w:t>
      </w:r>
    </w:p>
    <w:p w14:paraId="035A72EB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Buat input dengan label, helper text, focus, error, dan disabled state.</w:t>
      </w:r>
    </w:p>
    <w:p w14:paraId="3FF746B0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Buat card serta navigation component.</w:t>
      </w:r>
    </w:p>
    <w:p w14:paraId="0C5F92F3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Uji instance dan override pada layar contoh.</w:t>
      </w:r>
    </w:p>
    <w:p w14:paraId="499532EB" w14:textId="77777777" w:rsidR="006D4AD2" w:rsidRDefault="00F339D6">
      <w:pPr>
        <w:pStyle w:val="ListNumber"/>
        <w:keepLines/>
        <w:numPr>
          <w:ilvl w:val="0"/>
          <w:numId w:val="19"/>
        </w:numPr>
      </w:pPr>
      <w:r>
        <w:t>Tulis dokumentasi do/dont singkat untuk setiap komponen.</w:t>
      </w:r>
    </w:p>
    <w:p w14:paraId="7BCF3583" w14:textId="77777777" w:rsidR="006D4AD2" w:rsidRDefault="00F339D6">
      <w:pPr>
        <w:pStyle w:val="Heading2"/>
      </w:pPr>
      <w:r>
        <w:t xml:space="preserve">F. Lembar </w:t>
      </w:r>
      <w:r>
        <w:t>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025B83FD" w14:textId="77777777">
        <w:tc>
          <w:tcPr>
            <w:tcW w:w="2200" w:type="dxa"/>
            <w:shd w:val="clear" w:color="auto" w:fill="155EEF"/>
            <w:vAlign w:val="center"/>
          </w:tcPr>
          <w:p w14:paraId="5744E21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08A378B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1526A82" w14:textId="77777777">
        <w:tc>
          <w:tcPr>
            <w:tcW w:w="2200" w:type="dxa"/>
            <w:shd w:val="clear" w:color="auto" w:fill="155EEF"/>
            <w:vAlign w:val="center"/>
          </w:tcPr>
          <w:p w14:paraId="0BE3438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28A2318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4A0BD528" w14:textId="77777777">
        <w:tc>
          <w:tcPr>
            <w:tcW w:w="2200" w:type="dxa"/>
            <w:shd w:val="clear" w:color="auto" w:fill="155EEF"/>
            <w:vAlign w:val="center"/>
          </w:tcPr>
          <w:p w14:paraId="01CCFED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Produk atau kasus</w:t>
            </w:r>
          </w:p>
        </w:tc>
        <w:tc>
          <w:tcPr>
            <w:tcW w:w="7160" w:type="dxa"/>
            <w:vAlign w:val="center"/>
          </w:tcPr>
          <w:p w14:paraId="3058644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E2899BA" w14:textId="77777777">
        <w:tc>
          <w:tcPr>
            <w:tcW w:w="2200" w:type="dxa"/>
            <w:shd w:val="clear" w:color="auto" w:fill="155EEF"/>
            <w:vAlign w:val="center"/>
          </w:tcPr>
          <w:p w14:paraId="42FD367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Pengguna </w:t>
            </w:r>
            <w:r>
              <w:rPr>
                <w:b/>
                <w:color w:val="FFFFFF"/>
                <w:sz w:val="18"/>
              </w:rPr>
              <w:t>sasaran</w:t>
            </w:r>
          </w:p>
        </w:tc>
        <w:tc>
          <w:tcPr>
            <w:tcW w:w="7160" w:type="dxa"/>
            <w:vAlign w:val="center"/>
          </w:tcPr>
          <w:p w14:paraId="071EA83B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DE9A49A" w14:textId="77777777">
        <w:tc>
          <w:tcPr>
            <w:tcW w:w="2200" w:type="dxa"/>
            <w:shd w:val="clear" w:color="auto" w:fill="155EEF"/>
            <w:vAlign w:val="center"/>
          </w:tcPr>
          <w:p w14:paraId="369E5A8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Tujuan/task utama</w:t>
            </w:r>
          </w:p>
        </w:tc>
        <w:tc>
          <w:tcPr>
            <w:tcW w:w="7160" w:type="dxa"/>
            <w:vAlign w:val="center"/>
          </w:tcPr>
          <w:p w14:paraId="74048ED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2DD48D1" w14:textId="77777777">
        <w:tc>
          <w:tcPr>
            <w:tcW w:w="2200" w:type="dxa"/>
            <w:shd w:val="clear" w:color="auto" w:fill="155EEF"/>
            <w:vAlign w:val="center"/>
          </w:tcPr>
          <w:p w14:paraId="375C8C9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7489BB2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</w:tbl>
    <w:p w14:paraId="5E3F53C3" w14:textId="77777777" w:rsidR="006D4AD2" w:rsidRDefault="00F339D6">
      <w:pPr>
        <w:pStyle w:val="Heading3"/>
      </w:pPr>
      <w:r>
        <w:t>Catatan Temuan dan Keputusan</w:t>
      </w:r>
    </w:p>
    <w:p w14:paraId="3E7D57E0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</w:t>
      </w:r>
      <w:r>
        <w:t>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9A105C3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</w:t>
      </w:r>
      <w:r>
        <w:t>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166FE6D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</w:r>
      <w:r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</w:t>
      </w:r>
      <w:r>
        <w:t>.................</w:t>
      </w:r>
    </w:p>
    <w:p w14:paraId="473B8DB7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</w:t>
      </w:r>
      <w:r>
        <w:t>...............................................................</w:t>
      </w:r>
    </w:p>
    <w:p w14:paraId="52B87175" w14:textId="77777777" w:rsidR="006D4AD2" w:rsidRDefault="00F339D6">
      <w:pPr>
        <w:pStyle w:val="Heading2"/>
      </w:pPr>
      <w:r>
        <w:t>G. Pemeriksaan Sebelum Pengumpulan</w:t>
      </w:r>
    </w:p>
    <w:p w14:paraId="08E57664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65FB887B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7DAFD2B0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5D329B61" w14:textId="77777777" w:rsidR="006D4AD2" w:rsidRDefault="00F339D6">
      <w:pPr>
        <w:pStyle w:val="ListBullet"/>
        <w:keepLines/>
      </w:pPr>
      <w:r>
        <w:t>Aset pihak k</w:t>
      </w:r>
      <w:r>
        <w:t>etiga diberi atribusi.</w:t>
      </w:r>
    </w:p>
    <w:p w14:paraId="797FB260" w14:textId="77777777" w:rsidR="006D4AD2" w:rsidRDefault="00F339D6">
      <w:pPr>
        <w:pStyle w:val="ListBullet"/>
        <w:keepLines/>
      </w:pPr>
      <w:r>
        <w:t>Data pengguna telah dianonimkan.</w:t>
      </w:r>
    </w:p>
    <w:p w14:paraId="32EAFA6C" w14:textId="77777777" w:rsidR="006D4AD2" w:rsidRDefault="00F339D6">
      <w:pPr>
        <w:pStyle w:val="ListBullet"/>
        <w:keepLines/>
      </w:pPr>
      <w:r>
        <w:t>Refleksi individu telah diisi.</w:t>
      </w:r>
    </w:p>
    <w:p w14:paraId="7B95CA49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4F6D693D" w14:textId="77777777">
        <w:tc>
          <w:tcPr>
            <w:tcW w:w="2600" w:type="dxa"/>
            <w:shd w:val="clear" w:color="auto" w:fill="0B2545"/>
            <w:vAlign w:val="center"/>
          </w:tcPr>
          <w:p w14:paraId="3C7E568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55CAEE6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6529ED4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14812F57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3B01CEF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41E19848" w14:textId="77777777">
        <w:tc>
          <w:tcPr>
            <w:tcW w:w="2600" w:type="dxa"/>
            <w:vAlign w:val="center"/>
          </w:tcPr>
          <w:p w14:paraId="336B3A01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token</w:t>
            </w:r>
          </w:p>
        </w:tc>
        <w:tc>
          <w:tcPr>
            <w:tcW w:w="650" w:type="dxa"/>
            <w:vAlign w:val="center"/>
          </w:tcPr>
          <w:p w14:paraId="339D00F8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293B044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Lengkap, tepat, konsisten, dan </w:t>
            </w:r>
            <w:r>
              <w:rPr>
                <w:sz w:val="16"/>
              </w:rPr>
              <w:t>terjustifikasi.</w:t>
            </w:r>
          </w:p>
        </w:tc>
        <w:tc>
          <w:tcPr>
            <w:tcW w:w="2030" w:type="dxa"/>
            <w:vAlign w:val="center"/>
          </w:tcPr>
          <w:p w14:paraId="582118D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8C327F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631526C0" w14:textId="77777777">
        <w:tc>
          <w:tcPr>
            <w:tcW w:w="2600" w:type="dxa"/>
            <w:vAlign w:val="center"/>
          </w:tcPr>
          <w:p w14:paraId="069BE2AB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state</w:t>
            </w:r>
          </w:p>
        </w:tc>
        <w:tc>
          <w:tcPr>
            <w:tcW w:w="650" w:type="dxa"/>
            <w:vAlign w:val="center"/>
          </w:tcPr>
          <w:p w14:paraId="25536BCD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0C5B5B5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7CCA1A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06162B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lengkap, tidak konsisten, atau tanpa </w:t>
            </w:r>
            <w:r>
              <w:rPr>
                <w:sz w:val="16"/>
              </w:rPr>
              <w:t>bukti.</w:t>
            </w:r>
          </w:p>
        </w:tc>
      </w:tr>
      <w:tr w:rsidR="006D4AD2" w14:paraId="5897CE3D" w14:textId="77777777">
        <w:tc>
          <w:tcPr>
            <w:tcW w:w="2600" w:type="dxa"/>
            <w:vAlign w:val="center"/>
          </w:tcPr>
          <w:p w14:paraId="3D7C81F8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Reusability komponen</w:t>
            </w:r>
          </w:p>
        </w:tc>
        <w:tc>
          <w:tcPr>
            <w:tcW w:w="650" w:type="dxa"/>
            <w:vAlign w:val="center"/>
          </w:tcPr>
          <w:p w14:paraId="6C92E859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5AE895B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7C38EC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4493C3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884BB44" w14:textId="77777777">
        <w:tc>
          <w:tcPr>
            <w:tcW w:w="2600" w:type="dxa"/>
            <w:vAlign w:val="center"/>
          </w:tcPr>
          <w:p w14:paraId="52CFE63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dokumentasi</w:t>
            </w:r>
          </w:p>
        </w:tc>
        <w:tc>
          <w:tcPr>
            <w:tcW w:w="650" w:type="dxa"/>
            <w:vAlign w:val="center"/>
          </w:tcPr>
          <w:p w14:paraId="0CBF5640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235C844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F4C80E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24F8D15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171121C8" w14:textId="77777777" w:rsidR="006D4AD2" w:rsidRDefault="00F339D6">
      <w:pPr>
        <w:pStyle w:val="Heading2"/>
      </w:pPr>
      <w:r>
        <w:t>I. Refleksi Individu</w:t>
      </w:r>
    </w:p>
    <w:p w14:paraId="0749B5B9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</w:t>
      </w:r>
      <w:r>
        <w:t>..............</w:t>
      </w:r>
      <w:r>
        <w:br/>
        <w:t>........................................................................................................................................</w:t>
      </w:r>
    </w:p>
    <w:p w14:paraId="31CD394C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</w:t>
      </w:r>
      <w:r>
        <w:t>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91BF034" w14:textId="77777777" w:rsidR="006D4AD2" w:rsidRDefault="00F339D6">
      <w:r>
        <w:rPr>
          <w:b/>
          <w:color w:val="0B2545"/>
          <w:sz w:val="18"/>
        </w:rPr>
        <w:t>Apa perubahan yang akan dilakukan pada iterasi</w:t>
      </w:r>
      <w:r>
        <w:rPr>
          <w:b/>
          <w:color w:val="0B2545"/>
          <w:sz w:val="18"/>
        </w:rPr>
        <w:t xml:space="preserve"> berikutnya?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</w:t>
      </w:r>
      <w:r>
        <w:t>..............................</w:t>
      </w:r>
    </w:p>
    <w:p w14:paraId="2FDABB55" w14:textId="77777777" w:rsidR="006D4AD2" w:rsidRDefault="00F339D6">
      <w:pPr>
        <w:pStyle w:val="Heading2"/>
      </w:pPr>
      <w:r>
        <w:t>J. Referensi Modul</w:t>
      </w:r>
    </w:p>
    <w:p w14:paraId="75516772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4EFA69C3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77B846A9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737BC604" w14:textId="77777777" w:rsidR="006D4AD2" w:rsidRDefault="00F339D6">
      <w:pPr>
        <w:pStyle w:val="ListBullet"/>
        <w:keepLines/>
      </w:pPr>
      <w:r>
        <w:t>W3C</w:t>
      </w:r>
      <w:r>
        <w:t>. Web Content Accessibility Guidelines (WCAG).</w:t>
      </w:r>
    </w:p>
    <w:p w14:paraId="6E6874C5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3854AA5E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11</w:t>
      </w:r>
    </w:p>
    <w:p w14:paraId="2318BB48" w14:textId="77777777" w:rsidR="006D4AD2" w:rsidRDefault="00F339D6">
      <w:pPr>
        <w:spacing w:after="140"/>
      </w:pPr>
      <w:r>
        <w:rPr>
          <w:b/>
          <w:color w:val="0B2545"/>
          <w:sz w:val="46"/>
        </w:rPr>
        <w:t>High-Fidelity dan Responsive Interface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466CF0B3" w14:textId="77777777">
        <w:tc>
          <w:tcPr>
            <w:tcW w:w="1500" w:type="dxa"/>
            <w:shd w:val="clear" w:color="auto" w:fill="0B2545"/>
            <w:vAlign w:val="center"/>
          </w:tcPr>
          <w:p w14:paraId="06D5788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467E5FF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CPMK-4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93436A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6322BB0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C6, P4</w:t>
            </w:r>
          </w:p>
        </w:tc>
      </w:tr>
      <w:tr w:rsidR="006D4AD2" w14:paraId="0134D247" w14:textId="77777777">
        <w:tc>
          <w:tcPr>
            <w:tcW w:w="1500" w:type="dxa"/>
            <w:shd w:val="clear" w:color="auto" w:fill="0B2545"/>
            <w:vAlign w:val="center"/>
          </w:tcPr>
          <w:p w14:paraId="5C5AECF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2742068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B00CBA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5892578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6273A769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02038E24" wp14:editId="5D70B12D">
            <wp:extent cx="5394960" cy="30571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5B23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</w:t>
      </w:r>
      <w:r>
        <w:rPr>
          <w:i/>
          <w:color w:val="5B6573"/>
          <w:sz w:val="16"/>
        </w:rPr>
        <w:t>11: High-Fidelity dan Responsive Interface</w:t>
      </w:r>
    </w:p>
    <w:p w14:paraId="7EB7138B" w14:textId="77777777" w:rsidR="006D4AD2" w:rsidRDefault="00F339D6">
      <w:pPr>
        <w:pStyle w:val="Heading2"/>
      </w:pPr>
      <w:r>
        <w:t>A. Tujuan Praktikum</w:t>
      </w:r>
    </w:p>
    <w:p w14:paraId="5075C6CA" w14:textId="77777777" w:rsidR="006D4AD2" w:rsidRDefault="00F339D6">
      <w:pPr>
        <w:pStyle w:val="ListBullet"/>
        <w:keepLines/>
      </w:pPr>
      <w:r>
        <w:t>Mengembangkan high-fidelity screens.</w:t>
      </w:r>
    </w:p>
    <w:p w14:paraId="515800A2" w14:textId="77777777" w:rsidR="006D4AD2" w:rsidRDefault="00F339D6">
      <w:pPr>
        <w:pStyle w:val="ListBullet"/>
        <w:keepLines/>
      </w:pPr>
      <w:r>
        <w:t>Mengadaptasi layout mobile dan desktop.</w:t>
      </w:r>
    </w:p>
    <w:p w14:paraId="381D2B1B" w14:textId="77777777" w:rsidR="006D4AD2" w:rsidRDefault="00F339D6">
      <w:pPr>
        <w:pStyle w:val="ListBullet"/>
        <w:keepLines/>
      </w:pPr>
      <w:r>
        <w:t>Mendesain empty, loading, error, dan success states.</w:t>
      </w:r>
    </w:p>
    <w:p w14:paraId="520B85FF" w14:textId="77777777" w:rsidR="006D4AD2" w:rsidRDefault="00F339D6">
      <w:pPr>
        <w:pStyle w:val="Heading2"/>
      </w:pPr>
      <w:r>
        <w:t>B. Ringkasan Konsep</w:t>
      </w:r>
    </w:p>
    <w:p w14:paraId="1F2063A7" w14:textId="77777777" w:rsidR="006D4AD2" w:rsidRDefault="00F339D6">
      <w:pPr>
        <w:pStyle w:val="ListBullet"/>
        <w:keepLines/>
      </w:pPr>
      <w:r>
        <w:t xml:space="preserve">Responsif mempertahankan prioritas </w:t>
      </w:r>
      <w:r>
        <w:t>konten pada ukuran berbeda.</w:t>
      </w:r>
    </w:p>
    <w:p w14:paraId="389BB33E" w14:textId="77777777" w:rsidR="006D4AD2" w:rsidRDefault="00F339D6">
      <w:pPr>
        <w:pStyle w:val="ListBullet"/>
        <w:keepLines/>
      </w:pPr>
      <w:r>
        <w:t>Adaptive layout dapat mengubah pola navigasi dan komposisi.</w:t>
      </w:r>
    </w:p>
    <w:p w14:paraId="4838267E" w14:textId="77777777" w:rsidR="006D4AD2" w:rsidRDefault="00F339D6">
      <w:pPr>
        <w:pStyle w:val="ListBullet"/>
        <w:keepLines/>
      </w:pPr>
      <w:r>
        <w:t>UI states membuat sistem siap menghadapi kondisi nyata.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2D745F00" w14:textId="77777777">
        <w:tc>
          <w:tcPr>
            <w:tcW w:w="9360" w:type="dxa"/>
            <w:shd w:val="clear" w:color="auto" w:fill="F4F6F9"/>
          </w:tcPr>
          <w:p w14:paraId="2D2988DD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High-fidelity screens mobile dan desktop, UI states, serta daftar revisi.</w:t>
            </w:r>
          </w:p>
        </w:tc>
      </w:tr>
    </w:tbl>
    <w:p w14:paraId="646D5F3C" w14:textId="77777777" w:rsidR="006D4AD2" w:rsidRDefault="00F339D6">
      <w:pPr>
        <w:pStyle w:val="Heading2"/>
      </w:pPr>
      <w:r>
        <w:t>C. Alat dan Bahan</w:t>
      </w:r>
    </w:p>
    <w:p w14:paraId="52EB71A3" w14:textId="77777777" w:rsidR="006D4AD2" w:rsidRDefault="00F339D6">
      <w:r>
        <w:t>Figma</w:t>
      </w:r>
      <w:r>
        <w:t>, design system, wireframe, responsive checklist.</w:t>
      </w:r>
    </w:p>
    <w:p w14:paraId="2D73692F" w14:textId="77777777" w:rsidR="006D4AD2" w:rsidRDefault="00F339D6">
      <w:pPr>
        <w:pStyle w:val="Heading2"/>
      </w:pPr>
      <w:r>
        <w:lastRenderedPageBreak/>
        <w:t>D. Persiapan</w:t>
      </w:r>
    </w:p>
    <w:p w14:paraId="3F970A4A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20728709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64B3290D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483ACE2F" w14:textId="77777777" w:rsidR="006D4AD2" w:rsidRDefault="00F339D6">
      <w:pPr>
        <w:pStyle w:val="ListBullet"/>
        <w:keepLines/>
      </w:pPr>
      <w:r>
        <w:t xml:space="preserve">Pastikan </w:t>
      </w:r>
      <w:r>
        <w:t>tautan file dapat diakses dosen dan anggota kelompok.</w:t>
      </w:r>
    </w:p>
    <w:p w14:paraId="1304C196" w14:textId="77777777" w:rsidR="006D4AD2" w:rsidRDefault="00F339D6">
      <w:pPr>
        <w:pStyle w:val="Heading2"/>
      </w:pPr>
      <w:r>
        <w:t>E. Langkah Kerja</w:t>
      </w:r>
    </w:p>
    <w:p w14:paraId="3883492C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Pilih layar yang mewakili alur utama dan edge cases.</w:t>
      </w:r>
    </w:p>
    <w:p w14:paraId="1F9AE0DF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Terapkan design system pada versi mobile.</w:t>
      </w:r>
    </w:p>
    <w:p w14:paraId="13B19438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Bangun auto layout dan constraints/resizing.</w:t>
      </w:r>
    </w:p>
    <w:p w14:paraId="1E8FED94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Adaptasikan ke desktop tanpa hanya memperbesa</w:t>
      </w:r>
      <w:r>
        <w:t>r elemen.</w:t>
      </w:r>
    </w:p>
    <w:p w14:paraId="129A1A50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Tambahkan empty, loading, error, success, dan permission state yang relevan.</w:t>
      </w:r>
    </w:p>
    <w:p w14:paraId="3CF036D8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Periksa alignment, spacing, typography, icon, dan content consistency.</w:t>
      </w:r>
    </w:p>
    <w:p w14:paraId="6674D6C1" w14:textId="77777777" w:rsidR="006D4AD2" w:rsidRDefault="00F339D6">
      <w:pPr>
        <w:pStyle w:val="ListNumber"/>
        <w:keepLines/>
        <w:numPr>
          <w:ilvl w:val="0"/>
          <w:numId w:val="20"/>
        </w:numPr>
      </w:pPr>
      <w:r>
        <w:t>Lakukan peer review pada dua ukuran layar.</w:t>
      </w:r>
    </w:p>
    <w:p w14:paraId="2B5FA599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49161A68" w14:textId="77777777">
        <w:tc>
          <w:tcPr>
            <w:tcW w:w="2200" w:type="dxa"/>
            <w:shd w:val="clear" w:color="auto" w:fill="155EEF"/>
            <w:vAlign w:val="center"/>
          </w:tcPr>
          <w:p w14:paraId="0F609F4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08CA045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60863080" w14:textId="77777777">
        <w:tc>
          <w:tcPr>
            <w:tcW w:w="2200" w:type="dxa"/>
            <w:shd w:val="clear" w:color="auto" w:fill="155EEF"/>
            <w:vAlign w:val="center"/>
          </w:tcPr>
          <w:p w14:paraId="6FFFF19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48E3A6E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064947A" w14:textId="77777777">
        <w:tc>
          <w:tcPr>
            <w:tcW w:w="2200" w:type="dxa"/>
            <w:shd w:val="clear" w:color="auto" w:fill="155EEF"/>
            <w:vAlign w:val="center"/>
          </w:tcPr>
          <w:p w14:paraId="16FF76C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617C15F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5FFA462" w14:textId="77777777">
        <w:tc>
          <w:tcPr>
            <w:tcW w:w="2200" w:type="dxa"/>
            <w:shd w:val="clear" w:color="auto" w:fill="155EEF"/>
            <w:vAlign w:val="center"/>
          </w:tcPr>
          <w:p w14:paraId="5DA0F90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037EE40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587FD8C1" w14:textId="77777777">
        <w:tc>
          <w:tcPr>
            <w:tcW w:w="2200" w:type="dxa"/>
            <w:shd w:val="clear" w:color="auto" w:fill="155EEF"/>
            <w:vAlign w:val="center"/>
          </w:tcPr>
          <w:p w14:paraId="2B521F6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088B065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5430FE2F" w14:textId="77777777">
        <w:tc>
          <w:tcPr>
            <w:tcW w:w="2200" w:type="dxa"/>
            <w:shd w:val="clear" w:color="auto" w:fill="155EEF"/>
            <w:vAlign w:val="center"/>
          </w:tcPr>
          <w:p w14:paraId="3BAB3C1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32CAE8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76943C4B" w14:textId="77777777" w:rsidR="006D4AD2" w:rsidRDefault="00F339D6">
      <w:pPr>
        <w:pStyle w:val="Heading3"/>
      </w:pPr>
      <w:r>
        <w:t>Catatan Temuan dan Keputusan</w:t>
      </w:r>
    </w:p>
    <w:p w14:paraId="2FDA06AD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A3EF762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3CA550F4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2D1F7F20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2C5CCA57" w14:textId="77777777" w:rsidR="006D4AD2" w:rsidRDefault="00F339D6">
      <w:pPr>
        <w:pStyle w:val="Heading2"/>
      </w:pPr>
      <w:r>
        <w:t>G. Pemeriksaan Sebelum Pengumpulan</w:t>
      </w:r>
    </w:p>
    <w:p w14:paraId="7ECB2BAA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53572493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5122F325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44D6A0D1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78E44B9D" w14:textId="77777777" w:rsidR="006D4AD2" w:rsidRDefault="00F339D6">
      <w:pPr>
        <w:pStyle w:val="ListBullet"/>
        <w:keepLines/>
      </w:pPr>
      <w:r>
        <w:t>Data pengguna telah dianonimkan.</w:t>
      </w:r>
    </w:p>
    <w:p w14:paraId="6935B022" w14:textId="77777777" w:rsidR="006D4AD2" w:rsidRDefault="00F339D6">
      <w:pPr>
        <w:pStyle w:val="ListBullet"/>
        <w:keepLines/>
      </w:pPr>
      <w:r>
        <w:t>Refleksi individu telah diisi.</w:t>
      </w:r>
    </w:p>
    <w:p w14:paraId="4BB2E9FC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7F5FF17" w14:textId="77777777">
        <w:tc>
          <w:tcPr>
            <w:tcW w:w="2600" w:type="dxa"/>
            <w:shd w:val="clear" w:color="auto" w:fill="0B2545"/>
            <w:vAlign w:val="center"/>
          </w:tcPr>
          <w:p w14:paraId="29C73606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5A7056F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2C583A6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0E582E1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7EC86A3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7BA2BF3D" w14:textId="77777777">
        <w:tc>
          <w:tcPr>
            <w:tcW w:w="2600" w:type="dxa"/>
            <w:vAlign w:val="center"/>
          </w:tcPr>
          <w:p w14:paraId="33481A6E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visual</w:t>
            </w:r>
          </w:p>
        </w:tc>
        <w:tc>
          <w:tcPr>
            <w:tcW w:w="650" w:type="dxa"/>
            <w:vAlign w:val="center"/>
          </w:tcPr>
          <w:p w14:paraId="702AB83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31E9F00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6AABCB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0F16E02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5D885237" w14:textId="77777777">
        <w:tc>
          <w:tcPr>
            <w:tcW w:w="2600" w:type="dxa"/>
            <w:vAlign w:val="center"/>
          </w:tcPr>
          <w:p w14:paraId="2D8F7D66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sistem</w:t>
            </w:r>
          </w:p>
        </w:tc>
        <w:tc>
          <w:tcPr>
            <w:tcW w:w="650" w:type="dxa"/>
            <w:vAlign w:val="center"/>
          </w:tcPr>
          <w:p w14:paraId="74CA7DC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17493A2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F49B16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7926B8B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6F0D3C6B" w14:textId="77777777">
        <w:tc>
          <w:tcPr>
            <w:tcW w:w="2600" w:type="dxa"/>
            <w:vAlign w:val="center"/>
          </w:tcPr>
          <w:p w14:paraId="51C6E1D2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Responsivitas</w:t>
            </w:r>
          </w:p>
        </w:tc>
        <w:tc>
          <w:tcPr>
            <w:tcW w:w="650" w:type="dxa"/>
            <w:vAlign w:val="center"/>
          </w:tcPr>
          <w:p w14:paraId="55D206F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7561E4C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4791B4B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BCE292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5C83C438" w14:textId="77777777">
        <w:tc>
          <w:tcPr>
            <w:tcW w:w="2600" w:type="dxa"/>
            <w:vAlign w:val="center"/>
          </w:tcPr>
          <w:p w14:paraId="69D3B5C0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UI states</w:t>
            </w:r>
          </w:p>
        </w:tc>
        <w:tc>
          <w:tcPr>
            <w:tcW w:w="650" w:type="dxa"/>
            <w:vAlign w:val="center"/>
          </w:tcPr>
          <w:p w14:paraId="79F081B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1AACD95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41BB21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658C902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460B8930" w14:textId="77777777" w:rsidR="006D4AD2" w:rsidRDefault="00F339D6">
      <w:pPr>
        <w:pStyle w:val="Heading2"/>
      </w:pPr>
      <w:r>
        <w:t>I. Refleksi Individu</w:t>
      </w:r>
    </w:p>
    <w:p w14:paraId="439ABF0B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229FE336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ADC5CC4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22DFB65A" w14:textId="77777777" w:rsidR="006D4AD2" w:rsidRDefault="00F339D6">
      <w:pPr>
        <w:pStyle w:val="Heading2"/>
      </w:pPr>
      <w:r>
        <w:t>J. Referensi Modul</w:t>
      </w:r>
    </w:p>
    <w:p w14:paraId="7B636AF1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300A8DFF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1FF63F96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44F23010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1A2AB619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7398A037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12</w:t>
      </w:r>
    </w:p>
    <w:p w14:paraId="41475498" w14:textId="77777777" w:rsidR="006D4AD2" w:rsidRDefault="00F339D6">
      <w:pPr>
        <w:spacing w:after="140"/>
      </w:pPr>
      <w:r>
        <w:rPr>
          <w:b/>
          <w:color w:val="0B2545"/>
          <w:sz w:val="46"/>
        </w:rPr>
        <w:t>Interactive Prototype dan Microinteraction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7C0A0DDC" w14:textId="77777777">
        <w:tc>
          <w:tcPr>
            <w:tcW w:w="1500" w:type="dxa"/>
            <w:shd w:val="clear" w:color="auto" w:fill="0B2545"/>
            <w:vAlign w:val="center"/>
          </w:tcPr>
          <w:p w14:paraId="6885135F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544520A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CPMK-5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B021A7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1ABDBD0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C6, P4-P5</w:t>
            </w:r>
          </w:p>
        </w:tc>
      </w:tr>
      <w:tr w:rsidR="006D4AD2" w14:paraId="76FF7535" w14:textId="77777777">
        <w:tc>
          <w:tcPr>
            <w:tcW w:w="1500" w:type="dxa"/>
            <w:shd w:val="clear" w:color="auto" w:fill="0B2545"/>
            <w:vAlign w:val="center"/>
          </w:tcPr>
          <w:p w14:paraId="28C299F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4C99B26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3F5E2E8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1B2BB65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41405C47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4749EABC" wp14:editId="79BF018A">
            <wp:extent cx="5394960" cy="311650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11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0EA88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12: </w:t>
      </w:r>
      <w:r>
        <w:rPr>
          <w:i/>
          <w:color w:val="5B6573"/>
          <w:sz w:val="16"/>
        </w:rPr>
        <w:t>Interactive Prototype dan Microinteraction</w:t>
      </w:r>
    </w:p>
    <w:p w14:paraId="52D23BF8" w14:textId="77777777" w:rsidR="006D4AD2" w:rsidRDefault="00F339D6">
      <w:pPr>
        <w:pStyle w:val="Heading2"/>
      </w:pPr>
      <w:r>
        <w:t>A. Tujuan Praktikum</w:t>
      </w:r>
    </w:p>
    <w:p w14:paraId="66538DC1" w14:textId="77777777" w:rsidR="006D4AD2" w:rsidRDefault="00F339D6">
      <w:pPr>
        <w:pStyle w:val="ListBullet"/>
        <w:keepLines/>
      </w:pPr>
      <w:r>
        <w:t>Menghubungkan layar menjadi prototipe interaktif.</w:t>
      </w:r>
    </w:p>
    <w:p w14:paraId="2E721E33" w14:textId="77777777" w:rsidR="006D4AD2" w:rsidRDefault="00F339D6">
      <w:pPr>
        <w:pStyle w:val="ListBullet"/>
        <w:keepLines/>
      </w:pPr>
      <w:r>
        <w:t>Menerapkan feedback dan microinteraction fungsional.</w:t>
      </w:r>
    </w:p>
    <w:p w14:paraId="6AFD5262" w14:textId="77777777" w:rsidR="006D4AD2" w:rsidRDefault="00F339D6">
      <w:pPr>
        <w:pStyle w:val="ListBullet"/>
        <w:keepLines/>
      </w:pPr>
      <w:r>
        <w:t>Melakukan debugging alur utama.</w:t>
      </w:r>
    </w:p>
    <w:p w14:paraId="134E5ADD" w14:textId="77777777" w:rsidR="006D4AD2" w:rsidRDefault="00F339D6">
      <w:pPr>
        <w:pStyle w:val="Heading2"/>
      </w:pPr>
      <w:r>
        <w:t>B. Ringkasan Konsep</w:t>
      </w:r>
    </w:p>
    <w:p w14:paraId="40007B12" w14:textId="77777777" w:rsidR="006D4AD2" w:rsidRDefault="00F339D6">
      <w:pPr>
        <w:pStyle w:val="ListBullet"/>
        <w:keepLines/>
      </w:pPr>
      <w:r>
        <w:t xml:space="preserve">Interaksi terdiri dari </w:t>
      </w:r>
      <w:r>
        <w:t>trigger, rule, feedback, dan loop/mode.</w:t>
      </w:r>
    </w:p>
    <w:p w14:paraId="6D7E3083" w14:textId="77777777" w:rsidR="006D4AD2" w:rsidRDefault="00F339D6">
      <w:pPr>
        <w:pStyle w:val="ListBullet"/>
        <w:keepLines/>
      </w:pPr>
      <w:r>
        <w:t>Transisi harus membantu orientasi, bukan menjadi dekorasi berlebihan.</w:t>
      </w:r>
    </w:p>
    <w:p w14:paraId="1D17FCAA" w14:textId="77777777" w:rsidR="006D4AD2" w:rsidRDefault="00F339D6">
      <w:pPr>
        <w:pStyle w:val="ListBullet"/>
        <w:keepLines/>
      </w:pPr>
      <w:r>
        <w:t>Prototype harus cukup realistis untuk menjalankan skenario pengujian.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36C49EF7" w14:textId="77777777">
        <w:tc>
          <w:tcPr>
            <w:tcW w:w="9360" w:type="dxa"/>
            <w:shd w:val="clear" w:color="auto" w:fill="F4F6F9"/>
          </w:tcPr>
          <w:p w14:paraId="3C44CEF7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High-fidelity clickable prototype; minimal 90% tautan utama be</w:t>
            </w:r>
            <w:r>
              <w:rPr>
                <w:sz w:val="18"/>
              </w:rPr>
              <w:t>rfungsi.</w:t>
            </w:r>
          </w:p>
        </w:tc>
      </w:tr>
    </w:tbl>
    <w:p w14:paraId="30133D47" w14:textId="77777777" w:rsidR="006D4AD2" w:rsidRDefault="00F339D6">
      <w:pPr>
        <w:pStyle w:val="Heading2"/>
      </w:pPr>
      <w:r>
        <w:t>C. Alat dan Bahan</w:t>
      </w:r>
    </w:p>
    <w:p w14:paraId="6D229492" w14:textId="77777777" w:rsidR="006D4AD2" w:rsidRDefault="00F339D6">
      <w:r>
        <w:t>Figma Prototype, high-fidelity screens, task scenario.</w:t>
      </w:r>
    </w:p>
    <w:p w14:paraId="62AAA5B0" w14:textId="77777777" w:rsidR="006D4AD2" w:rsidRDefault="00F339D6">
      <w:pPr>
        <w:pStyle w:val="Heading2"/>
      </w:pPr>
      <w:r>
        <w:lastRenderedPageBreak/>
        <w:t>D. Persiapan</w:t>
      </w:r>
    </w:p>
    <w:p w14:paraId="47A34C7E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5EBA6BC4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30C530EB" w14:textId="77777777" w:rsidR="006D4AD2" w:rsidRDefault="00F339D6">
      <w:pPr>
        <w:pStyle w:val="ListBullet"/>
        <w:keepLines/>
      </w:pPr>
      <w:r>
        <w:t>Siapkan artefak dari pertemuan sebelum</w:t>
      </w:r>
      <w:r>
        <w:t>nya yang menjadi input.</w:t>
      </w:r>
    </w:p>
    <w:p w14:paraId="17F284BC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4DDAE036" w14:textId="77777777" w:rsidR="006D4AD2" w:rsidRDefault="00F339D6">
      <w:pPr>
        <w:pStyle w:val="Heading2"/>
      </w:pPr>
      <w:r>
        <w:t>E. Langkah Kerja</w:t>
      </w:r>
    </w:p>
    <w:p w14:paraId="60D84F22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Tentukan start frame untuk setiap skenario.</w:t>
      </w:r>
    </w:p>
    <w:p w14:paraId="6560AB2F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Hubungkan navigation, button, link, overlay, dan back action.</w:t>
      </w:r>
    </w:p>
    <w:p w14:paraId="48941020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Bangun interactive components untuk state yang</w:t>
      </w:r>
      <w:r>
        <w:t xml:space="preserve"> berulang.</w:t>
      </w:r>
    </w:p>
    <w:p w14:paraId="733B8499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Tambahkan feedback pada proses, keberhasilan, dan error.</w:t>
      </w:r>
    </w:p>
    <w:p w14:paraId="4D5ACDC7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Gunakan transisi yang konsisten dan berdurasi wajar.</w:t>
      </w:r>
    </w:p>
    <w:p w14:paraId="2F953039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>Jalankan prototype dalam presentation mode dan catat broken link.</w:t>
      </w:r>
    </w:p>
    <w:p w14:paraId="0967C7E3" w14:textId="77777777" w:rsidR="006D4AD2" w:rsidRDefault="00F339D6">
      <w:pPr>
        <w:pStyle w:val="ListNumber"/>
        <w:keepLines/>
        <w:numPr>
          <w:ilvl w:val="0"/>
          <w:numId w:val="21"/>
        </w:numPr>
      </w:pPr>
      <w:r>
        <w:t xml:space="preserve">Minta rekan menyelesaikan task tanpa penjelasan; perbaiki </w:t>
      </w:r>
      <w:r>
        <w:t>error.</w:t>
      </w:r>
    </w:p>
    <w:p w14:paraId="6D6C0663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2BEEFBA3" w14:textId="77777777">
        <w:tc>
          <w:tcPr>
            <w:tcW w:w="2200" w:type="dxa"/>
            <w:shd w:val="clear" w:color="auto" w:fill="155EEF"/>
            <w:vAlign w:val="center"/>
          </w:tcPr>
          <w:p w14:paraId="643DE34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3544D01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4EB2A8E3" w14:textId="77777777">
        <w:tc>
          <w:tcPr>
            <w:tcW w:w="2200" w:type="dxa"/>
            <w:shd w:val="clear" w:color="auto" w:fill="155EEF"/>
            <w:vAlign w:val="center"/>
          </w:tcPr>
          <w:p w14:paraId="0A385F6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2FB1AFD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2D349A39" w14:textId="77777777">
        <w:tc>
          <w:tcPr>
            <w:tcW w:w="2200" w:type="dxa"/>
            <w:shd w:val="clear" w:color="auto" w:fill="155EEF"/>
            <w:vAlign w:val="center"/>
          </w:tcPr>
          <w:p w14:paraId="3705DCA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76EE40B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E6FBC48" w14:textId="77777777">
        <w:tc>
          <w:tcPr>
            <w:tcW w:w="2200" w:type="dxa"/>
            <w:shd w:val="clear" w:color="auto" w:fill="155EEF"/>
            <w:vAlign w:val="center"/>
          </w:tcPr>
          <w:p w14:paraId="560D40F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55822FC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F609F8F" w14:textId="77777777">
        <w:tc>
          <w:tcPr>
            <w:tcW w:w="2200" w:type="dxa"/>
            <w:shd w:val="clear" w:color="auto" w:fill="155EEF"/>
            <w:vAlign w:val="center"/>
          </w:tcPr>
          <w:p w14:paraId="1F9711F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019800B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715598FB" w14:textId="77777777">
        <w:tc>
          <w:tcPr>
            <w:tcW w:w="2200" w:type="dxa"/>
            <w:shd w:val="clear" w:color="auto" w:fill="155EEF"/>
            <w:vAlign w:val="center"/>
          </w:tcPr>
          <w:p w14:paraId="78D60F6F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471AFC8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7BDAD741" w14:textId="77777777" w:rsidR="006D4AD2" w:rsidRDefault="00F339D6">
      <w:pPr>
        <w:pStyle w:val="Heading3"/>
      </w:pPr>
      <w:r>
        <w:t>Catatan Temuan dan Keputusan</w:t>
      </w:r>
    </w:p>
    <w:p w14:paraId="1580E568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CED85F3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F38737A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03B2CBA4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7D3B0E84" w14:textId="77777777" w:rsidR="006D4AD2" w:rsidRDefault="00F339D6">
      <w:pPr>
        <w:pStyle w:val="Heading2"/>
      </w:pPr>
      <w:r>
        <w:t>G. Pemeriksaan Sebelum Pengumpulan</w:t>
      </w:r>
    </w:p>
    <w:p w14:paraId="5DA8EA24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342B6196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7F4B90A7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10F95CB8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4966B0AC" w14:textId="77777777" w:rsidR="006D4AD2" w:rsidRDefault="00F339D6">
      <w:pPr>
        <w:pStyle w:val="ListBullet"/>
        <w:keepLines/>
      </w:pPr>
      <w:r>
        <w:t>Data pengguna telah dianonimkan.</w:t>
      </w:r>
    </w:p>
    <w:p w14:paraId="0394884F" w14:textId="77777777" w:rsidR="006D4AD2" w:rsidRDefault="00F339D6">
      <w:pPr>
        <w:pStyle w:val="ListBullet"/>
        <w:keepLines/>
      </w:pPr>
      <w:r>
        <w:t>Refleksi individu telah diisi.</w:t>
      </w:r>
    </w:p>
    <w:p w14:paraId="743DFFA9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C6ADCF5" w14:textId="77777777">
        <w:tc>
          <w:tcPr>
            <w:tcW w:w="2600" w:type="dxa"/>
            <w:shd w:val="clear" w:color="auto" w:fill="0B2545"/>
            <w:vAlign w:val="center"/>
          </w:tcPr>
          <w:p w14:paraId="0985E2B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70585FAC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095B42B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0D1B62C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6EA99FF8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0AE96D6D" w14:textId="77777777">
        <w:tc>
          <w:tcPr>
            <w:tcW w:w="2600" w:type="dxa"/>
            <w:vAlign w:val="center"/>
          </w:tcPr>
          <w:p w14:paraId="2AABAA8D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alur</w:t>
            </w:r>
          </w:p>
        </w:tc>
        <w:tc>
          <w:tcPr>
            <w:tcW w:w="650" w:type="dxa"/>
            <w:vAlign w:val="center"/>
          </w:tcPr>
          <w:p w14:paraId="16BAAD54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12983BA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534F16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0B1DA25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03B836A" w14:textId="77777777">
        <w:tc>
          <w:tcPr>
            <w:tcW w:w="2600" w:type="dxa"/>
            <w:vAlign w:val="center"/>
          </w:tcPr>
          <w:p w14:paraId="38179A3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Kejelasan feedback</w:t>
            </w:r>
          </w:p>
        </w:tc>
        <w:tc>
          <w:tcPr>
            <w:tcW w:w="650" w:type="dxa"/>
            <w:vAlign w:val="center"/>
          </w:tcPr>
          <w:p w14:paraId="7C83B22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356664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049E58A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49BCEF7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E20DEC9" w14:textId="77777777">
        <w:tc>
          <w:tcPr>
            <w:tcW w:w="2600" w:type="dxa"/>
            <w:vAlign w:val="center"/>
          </w:tcPr>
          <w:p w14:paraId="362D7BE2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Konsistensi interaksi</w:t>
            </w:r>
          </w:p>
        </w:tc>
        <w:tc>
          <w:tcPr>
            <w:tcW w:w="650" w:type="dxa"/>
            <w:vAlign w:val="center"/>
          </w:tcPr>
          <w:p w14:paraId="09F6690B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4D28799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4CDE20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9654BF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622E2BB" w14:textId="77777777">
        <w:tc>
          <w:tcPr>
            <w:tcW w:w="2600" w:type="dxa"/>
            <w:vAlign w:val="center"/>
          </w:tcPr>
          <w:p w14:paraId="1E0F8F80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Tidak ada error kritis</w:t>
            </w:r>
          </w:p>
        </w:tc>
        <w:tc>
          <w:tcPr>
            <w:tcW w:w="650" w:type="dxa"/>
            <w:vAlign w:val="center"/>
          </w:tcPr>
          <w:p w14:paraId="5600EA1B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7C21E80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BCEFC5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EB30DB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0360D5F6" w14:textId="77777777" w:rsidR="006D4AD2" w:rsidRDefault="00F339D6">
      <w:pPr>
        <w:pStyle w:val="Heading2"/>
      </w:pPr>
      <w:r>
        <w:t>I. Refleksi Individu</w:t>
      </w:r>
    </w:p>
    <w:p w14:paraId="34FCF06C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66A01F99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7E90B8C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326CC0F8" w14:textId="77777777" w:rsidR="006D4AD2" w:rsidRDefault="00F339D6">
      <w:pPr>
        <w:pStyle w:val="Heading2"/>
      </w:pPr>
      <w:r>
        <w:t>J. Referensi Modul</w:t>
      </w:r>
    </w:p>
    <w:p w14:paraId="1133AC09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65B82C1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7FB3E367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3327D696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1A600F30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72335DFB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13</w:t>
      </w:r>
    </w:p>
    <w:p w14:paraId="37A95335" w14:textId="77777777" w:rsidR="006D4AD2" w:rsidRDefault="00F339D6">
      <w:pPr>
        <w:spacing w:after="140"/>
      </w:pPr>
      <w:r>
        <w:rPr>
          <w:b/>
          <w:color w:val="0B2545"/>
          <w:sz w:val="46"/>
        </w:rPr>
        <w:t>Usability Testing dengan Pengguna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039535EA" w14:textId="77777777">
        <w:tc>
          <w:tcPr>
            <w:tcW w:w="1500" w:type="dxa"/>
            <w:shd w:val="clear" w:color="auto" w:fill="0B2545"/>
            <w:vAlign w:val="center"/>
          </w:tcPr>
          <w:p w14:paraId="75E9D6D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26E3037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CPMK-6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6E08C9A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622D6C0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C4-C5, P4, A4</w:t>
            </w:r>
          </w:p>
        </w:tc>
      </w:tr>
      <w:tr w:rsidR="006D4AD2" w14:paraId="2484ED15" w14:textId="77777777">
        <w:tc>
          <w:tcPr>
            <w:tcW w:w="1500" w:type="dxa"/>
            <w:shd w:val="clear" w:color="auto" w:fill="0B2545"/>
            <w:vAlign w:val="center"/>
          </w:tcPr>
          <w:p w14:paraId="0E41F36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132476E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8F1B79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6C1CB62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1A87FC4C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2FAB03C5" wp14:editId="4EBC6120">
            <wp:extent cx="5394960" cy="291584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1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6B5E4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13: Usability </w:t>
      </w:r>
      <w:r>
        <w:rPr>
          <w:i/>
          <w:color w:val="5B6573"/>
          <w:sz w:val="16"/>
        </w:rPr>
        <w:t>Testing dengan Pengguna</w:t>
      </w:r>
    </w:p>
    <w:p w14:paraId="46DCD434" w14:textId="77777777" w:rsidR="006D4AD2" w:rsidRDefault="00F339D6">
      <w:pPr>
        <w:pStyle w:val="Heading2"/>
      </w:pPr>
      <w:r>
        <w:t>A. Tujuan Praktikum</w:t>
      </w:r>
    </w:p>
    <w:p w14:paraId="20C5A9C8" w14:textId="77777777" w:rsidR="006D4AD2" w:rsidRDefault="00F339D6">
      <w:pPr>
        <w:pStyle w:val="ListBullet"/>
        <w:keepLines/>
      </w:pPr>
      <w:r>
        <w:t>Menyusun test plan dan task scenario.</w:t>
      </w:r>
    </w:p>
    <w:p w14:paraId="5A0F1DCB" w14:textId="77777777" w:rsidR="006D4AD2" w:rsidRDefault="00F339D6">
      <w:pPr>
        <w:pStyle w:val="ListBullet"/>
        <w:keepLines/>
      </w:pPr>
      <w:r>
        <w:t>Memoderasi pengujian secara netral.</w:t>
      </w:r>
    </w:p>
    <w:p w14:paraId="10F6E12C" w14:textId="77777777" w:rsidR="006D4AD2" w:rsidRDefault="00F339D6">
      <w:pPr>
        <w:pStyle w:val="ListBullet"/>
        <w:keepLines/>
      </w:pPr>
      <w:r>
        <w:t>Mengumpulkan metrik dan observasi perilaku.</w:t>
      </w:r>
    </w:p>
    <w:p w14:paraId="6A290217" w14:textId="77777777" w:rsidR="006D4AD2" w:rsidRDefault="00F339D6">
      <w:pPr>
        <w:pStyle w:val="Heading2"/>
      </w:pPr>
      <w:r>
        <w:t>B. Ringkasan Konsep</w:t>
      </w:r>
    </w:p>
    <w:p w14:paraId="42421388" w14:textId="77777777" w:rsidR="006D4AD2" w:rsidRDefault="00F339D6">
      <w:pPr>
        <w:pStyle w:val="ListBullet"/>
        <w:keepLines/>
      </w:pPr>
      <w:r>
        <w:t xml:space="preserve">Usability test mengamati perilaku, bukan meminta penilaian </w:t>
      </w:r>
      <w:r>
        <w:t>estetika.</w:t>
      </w:r>
    </w:p>
    <w:p w14:paraId="7BF426D0" w14:textId="77777777" w:rsidR="006D4AD2" w:rsidRDefault="00F339D6">
      <w:pPr>
        <w:pStyle w:val="ListBullet"/>
        <w:keepLines/>
      </w:pPr>
      <w:r>
        <w:t>Metrik dapat mencakup task success, time on task, error, dan satisfaction.</w:t>
      </w:r>
    </w:p>
    <w:p w14:paraId="6081F4AB" w14:textId="77777777" w:rsidR="006D4AD2" w:rsidRDefault="00F339D6">
      <w:pPr>
        <w:pStyle w:val="ListBullet"/>
        <w:keepLines/>
      </w:pPr>
      <w:r>
        <w:t>Moderator tidak boleh mengarahkan atau menjelaskan solusi saat task berlangsung.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73D21B11" w14:textId="77777777">
        <w:tc>
          <w:tcPr>
            <w:tcW w:w="9360" w:type="dxa"/>
            <w:shd w:val="clear" w:color="auto" w:fill="F4F6F9"/>
          </w:tcPr>
          <w:p w14:paraId="74942EBE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Test plan, 3-5 rekaman/catatan sesi, observation sheet, dan ringkasan temuan</w:t>
            </w:r>
            <w:r>
              <w:rPr>
                <w:sz w:val="18"/>
              </w:rPr>
              <w:t>.</w:t>
            </w:r>
          </w:p>
        </w:tc>
      </w:tr>
    </w:tbl>
    <w:p w14:paraId="5E6558AE" w14:textId="77777777" w:rsidR="006D4AD2" w:rsidRDefault="00F339D6">
      <w:pPr>
        <w:pStyle w:val="Heading2"/>
      </w:pPr>
      <w:r>
        <w:t>C. Alat dan Bahan</w:t>
      </w:r>
    </w:p>
    <w:p w14:paraId="7107EEA3" w14:textId="77777777" w:rsidR="006D4AD2" w:rsidRDefault="00F339D6">
      <w:r>
        <w:t>Prototype, consent form, test plan, observation sheet, screen recorder dengan izin.</w:t>
      </w:r>
    </w:p>
    <w:p w14:paraId="585AE4D7" w14:textId="77777777" w:rsidR="006D4AD2" w:rsidRDefault="00F339D6">
      <w:pPr>
        <w:pStyle w:val="Heading2"/>
      </w:pPr>
      <w:r>
        <w:lastRenderedPageBreak/>
        <w:t>D. Persiapan</w:t>
      </w:r>
    </w:p>
    <w:p w14:paraId="3209EF3D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422BB68D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22070C53" w14:textId="77777777" w:rsidR="006D4AD2" w:rsidRDefault="00F339D6">
      <w:pPr>
        <w:pStyle w:val="ListBullet"/>
        <w:keepLines/>
      </w:pPr>
      <w:r>
        <w:t xml:space="preserve">Siapkan artefak </w:t>
      </w:r>
      <w:r>
        <w:t>dari pertemuan sebelumnya yang menjadi input.</w:t>
      </w:r>
    </w:p>
    <w:p w14:paraId="0370A279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1315B907" w14:textId="77777777" w:rsidR="006D4AD2" w:rsidRDefault="00F339D6">
      <w:pPr>
        <w:pStyle w:val="Heading2"/>
      </w:pPr>
      <w:r>
        <w:t>E. Langkah Kerja</w:t>
      </w:r>
    </w:p>
    <w:p w14:paraId="4367F671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Tentukan tujuan pengujian dan pertanyaan evaluasi.</w:t>
      </w:r>
    </w:p>
    <w:p w14:paraId="06663009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Pilih 3-5 pengguna yang sesuai kriteria.</w:t>
      </w:r>
    </w:p>
    <w:p w14:paraId="194D7ABA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Tulis 3-5 task scenario tanpa menyebut</w:t>
      </w:r>
      <w:r>
        <w:t xml:space="preserve"> tombol atau menu.</w:t>
      </w:r>
    </w:p>
    <w:p w14:paraId="4C69E08D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Siapkan script pembuka, consent, dan pertanyaan penutup.</w:t>
      </w:r>
    </w:p>
    <w:p w14:paraId="14D856CB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Lakukan pilot test dan perbaiki skenario.</w:t>
      </w:r>
    </w:p>
    <w:p w14:paraId="4A866DDB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>Jalankan sesi think-aloud; catat aksi, ucapan, error, bantuan, waktu, dan hasil task.</w:t>
      </w:r>
    </w:p>
    <w:p w14:paraId="223148AC" w14:textId="77777777" w:rsidR="006D4AD2" w:rsidRDefault="00F339D6">
      <w:pPr>
        <w:pStyle w:val="ListNumber"/>
        <w:keepLines/>
        <w:numPr>
          <w:ilvl w:val="0"/>
          <w:numId w:val="22"/>
        </w:numPr>
      </w:pPr>
      <w:r>
        <w:t xml:space="preserve">Debrief tanpa membela desain dan rapikan data </w:t>
      </w:r>
      <w:r>
        <w:t>setelah sesi.</w:t>
      </w:r>
    </w:p>
    <w:p w14:paraId="57BDA75B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26A22402" w14:textId="77777777">
        <w:tc>
          <w:tcPr>
            <w:tcW w:w="2200" w:type="dxa"/>
            <w:shd w:val="clear" w:color="auto" w:fill="155EEF"/>
            <w:vAlign w:val="center"/>
          </w:tcPr>
          <w:p w14:paraId="21CA22BB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62A31D26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1B93C464" w14:textId="77777777">
        <w:tc>
          <w:tcPr>
            <w:tcW w:w="2200" w:type="dxa"/>
            <w:shd w:val="clear" w:color="auto" w:fill="155EEF"/>
            <w:vAlign w:val="center"/>
          </w:tcPr>
          <w:p w14:paraId="354C151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42D25F0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7C3FC05" w14:textId="77777777">
        <w:tc>
          <w:tcPr>
            <w:tcW w:w="2200" w:type="dxa"/>
            <w:shd w:val="clear" w:color="auto" w:fill="155EEF"/>
            <w:vAlign w:val="center"/>
          </w:tcPr>
          <w:p w14:paraId="0EE2030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0F9BD195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A5E1EB4" w14:textId="77777777">
        <w:tc>
          <w:tcPr>
            <w:tcW w:w="2200" w:type="dxa"/>
            <w:shd w:val="clear" w:color="auto" w:fill="155EEF"/>
            <w:vAlign w:val="center"/>
          </w:tcPr>
          <w:p w14:paraId="64A8432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2625FCC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36412AAD" w14:textId="77777777">
        <w:tc>
          <w:tcPr>
            <w:tcW w:w="2200" w:type="dxa"/>
            <w:shd w:val="clear" w:color="auto" w:fill="155EEF"/>
            <w:vAlign w:val="center"/>
          </w:tcPr>
          <w:p w14:paraId="27CCA7C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714D1C3C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9F1DF94" w14:textId="77777777">
        <w:tc>
          <w:tcPr>
            <w:tcW w:w="2200" w:type="dxa"/>
            <w:shd w:val="clear" w:color="auto" w:fill="155EEF"/>
            <w:vAlign w:val="center"/>
          </w:tcPr>
          <w:p w14:paraId="7D0EF28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417A3FE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1F1AEAC3" w14:textId="77777777" w:rsidR="006D4AD2" w:rsidRDefault="00F339D6">
      <w:pPr>
        <w:pStyle w:val="Heading3"/>
      </w:pPr>
      <w:r>
        <w:t>Catatan Temuan dan Keputusan</w:t>
      </w:r>
    </w:p>
    <w:p w14:paraId="66AD04F1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16A3840B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1A0D6274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0E86C86C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63C38743" w14:textId="77777777" w:rsidR="006D4AD2" w:rsidRDefault="00F339D6">
      <w:pPr>
        <w:pStyle w:val="Heading2"/>
      </w:pPr>
      <w:r>
        <w:t>G. Pemeriksaan Sebelum Pengumpulan</w:t>
      </w:r>
    </w:p>
    <w:p w14:paraId="5F28FFBD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42E7CCCD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51A8B7D4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50A1144F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4E9501CD" w14:textId="77777777" w:rsidR="006D4AD2" w:rsidRDefault="00F339D6">
      <w:pPr>
        <w:pStyle w:val="ListBullet"/>
        <w:keepLines/>
      </w:pPr>
      <w:r>
        <w:t>Data pengguna telah dianonimkan.</w:t>
      </w:r>
    </w:p>
    <w:p w14:paraId="4572ECEA" w14:textId="77777777" w:rsidR="006D4AD2" w:rsidRDefault="00F339D6">
      <w:pPr>
        <w:pStyle w:val="ListBullet"/>
        <w:keepLines/>
      </w:pPr>
      <w:r>
        <w:t>Refleksi individu telah diisi.</w:t>
      </w:r>
    </w:p>
    <w:p w14:paraId="64F7A5DF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1A41E182" w14:textId="77777777">
        <w:tc>
          <w:tcPr>
            <w:tcW w:w="2600" w:type="dxa"/>
            <w:shd w:val="clear" w:color="auto" w:fill="0B2545"/>
            <w:vAlign w:val="center"/>
          </w:tcPr>
          <w:p w14:paraId="0BA34630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11C861AD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4F57F33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7C19E50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0875621F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7855F961" w14:textId="77777777">
        <w:tc>
          <w:tcPr>
            <w:tcW w:w="2600" w:type="dxa"/>
            <w:vAlign w:val="center"/>
          </w:tcPr>
          <w:p w14:paraId="6C74EC13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skenario</w:t>
            </w:r>
          </w:p>
        </w:tc>
        <w:tc>
          <w:tcPr>
            <w:tcW w:w="650" w:type="dxa"/>
            <w:vAlign w:val="center"/>
          </w:tcPr>
          <w:p w14:paraId="5C91896A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565192B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276E70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7688C76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211F5ABF" w14:textId="77777777">
        <w:tc>
          <w:tcPr>
            <w:tcW w:w="2600" w:type="dxa"/>
            <w:vAlign w:val="center"/>
          </w:tcPr>
          <w:p w14:paraId="154CE4F8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Netralitas moderasi</w:t>
            </w:r>
          </w:p>
        </w:tc>
        <w:tc>
          <w:tcPr>
            <w:tcW w:w="650" w:type="dxa"/>
            <w:vAlign w:val="center"/>
          </w:tcPr>
          <w:p w14:paraId="41F8B2C5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7CEEFDA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78560C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2DDC6C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23BB2E6" w14:textId="77777777">
        <w:tc>
          <w:tcPr>
            <w:tcW w:w="2600" w:type="dxa"/>
            <w:vAlign w:val="center"/>
          </w:tcPr>
          <w:p w14:paraId="4AE9096F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Kelengkapan data</w:t>
            </w:r>
          </w:p>
        </w:tc>
        <w:tc>
          <w:tcPr>
            <w:tcW w:w="650" w:type="dxa"/>
            <w:vAlign w:val="center"/>
          </w:tcPr>
          <w:p w14:paraId="691BBC11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80AC2B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FDD184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FF983A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330ECE6" w14:textId="77777777">
        <w:tc>
          <w:tcPr>
            <w:tcW w:w="2600" w:type="dxa"/>
            <w:vAlign w:val="center"/>
          </w:tcPr>
          <w:p w14:paraId="474ADB40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Etika pengujian</w:t>
            </w:r>
          </w:p>
        </w:tc>
        <w:tc>
          <w:tcPr>
            <w:tcW w:w="650" w:type="dxa"/>
            <w:vAlign w:val="center"/>
          </w:tcPr>
          <w:p w14:paraId="1DC9FAD9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68A9241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BDA1DE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9B9424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lengkap, tidak </w:t>
            </w:r>
            <w:r>
              <w:rPr>
                <w:sz w:val="16"/>
              </w:rPr>
              <w:t>konsisten, atau tanpa bukti.</w:t>
            </w:r>
          </w:p>
        </w:tc>
      </w:tr>
    </w:tbl>
    <w:p w14:paraId="56FCE921" w14:textId="77777777" w:rsidR="006D4AD2" w:rsidRDefault="00F339D6">
      <w:pPr>
        <w:pStyle w:val="Heading2"/>
      </w:pPr>
      <w:r>
        <w:t>I. Refleksi Individu</w:t>
      </w:r>
    </w:p>
    <w:p w14:paraId="3F886BF5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</w:t>
      </w:r>
      <w:r>
        <w:t>................................................................................................................</w:t>
      </w:r>
    </w:p>
    <w:p w14:paraId="6FA26F17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.......................................................................................................</w:t>
      </w:r>
      <w:r>
        <w:t>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458CC46F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..........................</w:t>
      </w:r>
      <w:r>
        <w:t>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4458B290" w14:textId="77777777" w:rsidR="006D4AD2" w:rsidRDefault="00F339D6">
      <w:pPr>
        <w:pStyle w:val="Heading2"/>
      </w:pPr>
      <w:r>
        <w:t>J. Refer</w:t>
      </w:r>
      <w:r>
        <w:t>ensi Modul</w:t>
      </w:r>
    </w:p>
    <w:p w14:paraId="19C708CB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3A91C5B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09B182EA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79F7F2CB" w14:textId="77777777" w:rsidR="006D4AD2" w:rsidRDefault="00F339D6">
      <w:pPr>
        <w:pStyle w:val="ListBullet"/>
        <w:keepLines/>
      </w:pPr>
      <w:r>
        <w:t xml:space="preserve">W3C. Web Content Accessibility Guidelines </w:t>
      </w:r>
      <w:r>
        <w:t>(WCAG).</w:t>
      </w:r>
    </w:p>
    <w:p w14:paraId="382A40E5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48086170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14</w:t>
      </w:r>
    </w:p>
    <w:p w14:paraId="048EF423" w14:textId="77777777" w:rsidR="006D4AD2" w:rsidRDefault="00F339D6">
      <w:pPr>
        <w:spacing w:after="140"/>
      </w:pPr>
      <w:r>
        <w:rPr>
          <w:b/>
          <w:color w:val="0B2545"/>
          <w:sz w:val="46"/>
        </w:rPr>
        <w:t>Analisis Temuan, Iterasi, dan Accessibility Check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7C63E841" w14:textId="77777777">
        <w:tc>
          <w:tcPr>
            <w:tcW w:w="1500" w:type="dxa"/>
            <w:shd w:val="clear" w:color="auto" w:fill="0B2545"/>
            <w:vAlign w:val="center"/>
          </w:tcPr>
          <w:p w14:paraId="7B388C26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436578C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CPMK-6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6D8390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500F776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C5-C6, P5, A4</w:t>
            </w:r>
          </w:p>
        </w:tc>
      </w:tr>
      <w:tr w:rsidR="006D4AD2" w14:paraId="2EBABAE6" w14:textId="77777777">
        <w:tc>
          <w:tcPr>
            <w:tcW w:w="1500" w:type="dxa"/>
            <w:shd w:val="clear" w:color="auto" w:fill="0B2545"/>
            <w:vAlign w:val="center"/>
          </w:tcPr>
          <w:p w14:paraId="1FD1F6E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54F9EE5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13391AB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10C3485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4CA0D11C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2BE6EA2F" wp14:editId="54B2D395">
            <wp:extent cx="5394960" cy="291584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1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30AEB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14: Analisis </w:t>
      </w:r>
      <w:r>
        <w:rPr>
          <w:i/>
          <w:color w:val="5B6573"/>
          <w:sz w:val="16"/>
        </w:rPr>
        <w:t>Temuan, Iterasi, dan Accessibility Check</w:t>
      </w:r>
    </w:p>
    <w:p w14:paraId="4E46BADA" w14:textId="77777777" w:rsidR="006D4AD2" w:rsidRDefault="00F339D6">
      <w:pPr>
        <w:pStyle w:val="Heading2"/>
      </w:pPr>
      <w:r>
        <w:t>A. Tujuan Praktikum</w:t>
      </w:r>
    </w:p>
    <w:p w14:paraId="0A7B231A" w14:textId="77777777" w:rsidR="006D4AD2" w:rsidRDefault="00F339D6">
      <w:pPr>
        <w:pStyle w:val="ListBullet"/>
        <w:keepLines/>
      </w:pPr>
      <w:r>
        <w:t>Mengelompokkan dan memprioritaskan temuan.</w:t>
      </w:r>
    </w:p>
    <w:p w14:paraId="30FE511F" w14:textId="77777777" w:rsidR="006D4AD2" w:rsidRDefault="00F339D6">
      <w:pPr>
        <w:pStyle w:val="ListBullet"/>
        <w:keepLines/>
      </w:pPr>
      <w:r>
        <w:t>Melakukan iterasi berbasis bukti.</w:t>
      </w:r>
    </w:p>
    <w:p w14:paraId="277AE057" w14:textId="77777777" w:rsidR="006D4AD2" w:rsidRDefault="00F339D6">
      <w:pPr>
        <w:pStyle w:val="ListBullet"/>
        <w:keepLines/>
      </w:pPr>
      <w:r>
        <w:t>Memeriksa aksesibilitas dasar mengacu WCAG.</w:t>
      </w:r>
    </w:p>
    <w:p w14:paraId="2FFD276C" w14:textId="77777777" w:rsidR="006D4AD2" w:rsidRDefault="00F339D6">
      <w:pPr>
        <w:pStyle w:val="Heading2"/>
      </w:pPr>
      <w:r>
        <w:t>B. Ringkasan Konsep</w:t>
      </w:r>
    </w:p>
    <w:p w14:paraId="1DDE2E75" w14:textId="77777777" w:rsidR="006D4AD2" w:rsidRDefault="00F339D6">
      <w:pPr>
        <w:pStyle w:val="ListBullet"/>
        <w:keepLines/>
      </w:pPr>
      <w:r>
        <w:t xml:space="preserve">Prioritas mempertimbangkan severity, </w:t>
      </w:r>
      <w:r>
        <w:t>frequency, impact, dan effort.</w:t>
      </w:r>
    </w:p>
    <w:p w14:paraId="6FA8F845" w14:textId="77777777" w:rsidR="006D4AD2" w:rsidRDefault="00F339D6">
      <w:pPr>
        <w:pStyle w:val="ListBullet"/>
        <w:keepLines/>
      </w:pPr>
      <w:r>
        <w:t>Revisi harus memiliki rationale yang menghubungkan masalah dan perubahan.</w:t>
      </w:r>
    </w:p>
    <w:p w14:paraId="404970FE" w14:textId="77777777" w:rsidR="006D4AD2" w:rsidRDefault="00F339D6">
      <w:pPr>
        <w:pStyle w:val="ListBullet"/>
        <w:keepLines/>
      </w:pPr>
      <w:r>
        <w:t>Aksesibilitas dasar mencakup kontras, label, focus, target sentuh, bahasa, dan alternatif nonwarna.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4C771E47" w14:textId="77777777">
        <w:tc>
          <w:tcPr>
            <w:tcW w:w="9360" w:type="dxa"/>
            <w:shd w:val="clear" w:color="auto" w:fill="F4F6F9"/>
          </w:tcPr>
          <w:p w14:paraId="5C8098EA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Matriks temuan, prioritas, before-aft</w:t>
            </w:r>
            <w:r>
              <w:rPr>
                <w:sz w:val="18"/>
              </w:rPr>
              <w:t>er, design rationale, accessibility checklist, dan hasil retest.</w:t>
            </w:r>
          </w:p>
        </w:tc>
      </w:tr>
    </w:tbl>
    <w:p w14:paraId="10D15865" w14:textId="77777777" w:rsidR="006D4AD2" w:rsidRDefault="00F339D6">
      <w:pPr>
        <w:pStyle w:val="Heading2"/>
      </w:pPr>
      <w:r>
        <w:t>C. Alat dan Bahan</w:t>
      </w:r>
    </w:p>
    <w:p w14:paraId="4A38E2EC" w14:textId="77777777" w:rsidR="006D4AD2" w:rsidRDefault="00F339D6">
      <w:r>
        <w:t>Data testing, impact-effort matrix, contrast checker, accessibility checklist.</w:t>
      </w:r>
    </w:p>
    <w:p w14:paraId="03665579" w14:textId="77777777" w:rsidR="006D4AD2" w:rsidRDefault="00F339D6">
      <w:pPr>
        <w:pStyle w:val="Heading2"/>
      </w:pPr>
      <w:r>
        <w:lastRenderedPageBreak/>
        <w:t>D. Persiapan</w:t>
      </w:r>
    </w:p>
    <w:p w14:paraId="07E9BF5A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2D5EA29C" w14:textId="77777777" w:rsidR="006D4AD2" w:rsidRDefault="00F339D6">
      <w:pPr>
        <w:pStyle w:val="ListBullet"/>
        <w:keepLines/>
      </w:pPr>
      <w:r>
        <w:t>Baca tujuan, ind</w:t>
      </w:r>
      <w:r>
        <w:t>ikator, dan rubrik sebelum mulai bekerja.</w:t>
      </w:r>
    </w:p>
    <w:p w14:paraId="2290F604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2E3ACBE6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20AD053B" w14:textId="77777777" w:rsidR="006D4AD2" w:rsidRDefault="00F339D6">
      <w:pPr>
        <w:pStyle w:val="Heading2"/>
      </w:pPr>
      <w:r>
        <w:t>E. Langkah Kerja</w:t>
      </w:r>
    </w:p>
    <w:p w14:paraId="28AE77A2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Gabungkan observasi dari seluruh peserta.</w:t>
      </w:r>
    </w:p>
    <w:p w14:paraId="48305B77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Kelompokkan masalah serupa dan</w:t>
      </w:r>
      <w:r>
        <w:t xml:space="preserve"> pisahkan insight dari opini.</w:t>
      </w:r>
    </w:p>
    <w:p w14:paraId="0231C75D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Beri severity serta frequency; tandai masalah yang memblokir task.</w:t>
      </w:r>
    </w:p>
    <w:p w14:paraId="4AB9FA2D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Petakan prioritas menggunakan impact-effort matrix.</w:t>
      </w:r>
    </w:p>
    <w:p w14:paraId="5BBF5D73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Revisi masalah prioritas tinggi dan dokumentasikan before-after.</w:t>
      </w:r>
    </w:p>
    <w:p w14:paraId="5770F219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 xml:space="preserve">Periksa kontras, ukuran teks, target </w:t>
      </w:r>
      <w:r>
        <w:t>sentuh, label, focus order, error message, dan penggunaan warna.</w:t>
      </w:r>
    </w:p>
    <w:p w14:paraId="23048373" w14:textId="77777777" w:rsidR="006D4AD2" w:rsidRDefault="00F339D6">
      <w:pPr>
        <w:pStyle w:val="ListNumber"/>
        <w:keepLines/>
        <w:numPr>
          <w:ilvl w:val="0"/>
          <w:numId w:val="23"/>
        </w:numPr>
      </w:pPr>
      <w:r>
        <w:t>Lakukan retest singkat pada alur yang berubah.</w:t>
      </w:r>
    </w:p>
    <w:p w14:paraId="7F33887F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29960907" w14:textId="77777777">
        <w:tc>
          <w:tcPr>
            <w:tcW w:w="2200" w:type="dxa"/>
            <w:shd w:val="clear" w:color="auto" w:fill="155EEF"/>
            <w:vAlign w:val="center"/>
          </w:tcPr>
          <w:p w14:paraId="7708796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1B265BA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706FC981" w14:textId="77777777">
        <w:tc>
          <w:tcPr>
            <w:tcW w:w="2200" w:type="dxa"/>
            <w:shd w:val="clear" w:color="auto" w:fill="155EEF"/>
            <w:vAlign w:val="center"/>
          </w:tcPr>
          <w:p w14:paraId="7BE52DB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22173C4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2AB810A" w14:textId="77777777">
        <w:tc>
          <w:tcPr>
            <w:tcW w:w="2200" w:type="dxa"/>
            <w:shd w:val="clear" w:color="auto" w:fill="155EEF"/>
            <w:vAlign w:val="center"/>
          </w:tcPr>
          <w:p w14:paraId="0B923AA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03E1A60A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72C67F1" w14:textId="77777777">
        <w:tc>
          <w:tcPr>
            <w:tcW w:w="2200" w:type="dxa"/>
            <w:shd w:val="clear" w:color="auto" w:fill="155EEF"/>
            <w:vAlign w:val="center"/>
          </w:tcPr>
          <w:p w14:paraId="088200F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7E6C2DF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073DB420" w14:textId="77777777">
        <w:tc>
          <w:tcPr>
            <w:tcW w:w="2200" w:type="dxa"/>
            <w:shd w:val="clear" w:color="auto" w:fill="155EEF"/>
            <w:vAlign w:val="center"/>
          </w:tcPr>
          <w:p w14:paraId="1D9C3FA0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0E41A40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2A0336FF" w14:textId="77777777">
        <w:tc>
          <w:tcPr>
            <w:tcW w:w="2200" w:type="dxa"/>
            <w:shd w:val="clear" w:color="auto" w:fill="155EEF"/>
            <w:vAlign w:val="center"/>
          </w:tcPr>
          <w:p w14:paraId="6533E97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1390832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58619C58" w14:textId="77777777" w:rsidR="006D4AD2" w:rsidRDefault="00F339D6">
      <w:pPr>
        <w:pStyle w:val="Heading3"/>
      </w:pPr>
      <w:r>
        <w:t>Catatan Temuan dan Keputusan</w:t>
      </w:r>
    </w:p>
    <w:p w14:paraId="33B7AF4A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8CC8320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48CF22EA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4D7B3F00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0C2CD498" w14:textId="77777777" w:rsidR="006D4AD2" w:rsidRDefault="00F339D6">
      <w:pPr>
        <w:pStyle w:val="Heading2"/>
      </w:pPr>
      <w:r>
        <w:t>G. Pemeriksaan Sebelum Pengumpulan</w:t>
      </w:r>
    </w:p>
    <w:p w14:paraId="2EE48CC8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10F9AC07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55493413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745FAB32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15378564" w14:textId="77777777" w:rsidR="006D4AD2" w:rsidRDefault="00F339D6">
      <w:pPr>
        <w:pStyle w:val="ListBullet"/>
        <w:keepLines/>
      </w:pPr>
      <w:r>
        <w:t>Data pengguna telah dianonimkan.</w:t>
      </w:r>
    </w:p>
    <w:p w14:paraId="0E051A48" w14:textId="77777777" w:rsidR="006D4AD2" w:rsidRDefault="00F339D6">
      <w:pPr>
        <w:pStyle w:val="ListBullet"/>
        <w:keepLines/>
      </w:pPr>
      <w:r>
        <w:t>Refleksi individu telah diisi.</w:t>
      </w:r>
    </w:p>
    <w:p w14:paraId="74CE0489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280B51AE" w14:textId="77777777">
        <w:tc>
          <w:tcPr>
            <w:tcW w:w="2600" w:type="dxa"/>
            <w:shd w:val="clear" w:color="auto" w:fill="0B2545"/>
            <w:vAlign w:val="center"/>
          </w:tcPr>
          <w:p w14:paraId="1E90E772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380BB4A4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341DC23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74B041C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28D9011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3EBF5998" w14:textId="77777777">
        <w:tc>
          <w:tcPr>
            <w:tcW w:w="2600" w:type="dxa"/>
            <w:vAlign w:val="center"/>
          </w:tcPr>
          <w:p w14:paraId="55494BE3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Ketepatan prioritas</w:t>
            </w:r>
          </w:p>
        </w:tc>
        <w:tc>
          <w:tcPr>
            <w:tcW w:w="650" w:type="dxa"/>
            <w:vAlign w:val="center"/>
          </w:tcPr>
          <w:p w14:paraId="77F12ED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7A9EACB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455EF88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5FD30DA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5A86244" w14:textId="77777777">
        <w:tc>
          <w:tcPr>
            <w:tcW w:w="2600" w:type="dxa"/>
            <w:vAlign w:val="center"/>
          </w:tcPr>
          <w:p w14:paraId="4DDCF036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Keterlacakan revisi</w:t>
            </w:r>
          </w:p>
        </w:tc>
        <w:tc>
          <w:tcPr>
            <w:tcW w:w="650" w:type="dxa"/>
            <w:vAlign w:val="center"/>
          </w:tcPr>
          <w:p w14:paraId="2FF8393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60B78E2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CD6521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45179B2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73D9DDDB" w14:textId="77777777">
        <w:tc>
          <w:tcPr>
            <w:tcW w:w="2600" w:type="dxa"/>
            <w:vAlign w:val="center"/>
          </w:tcPr>
          <w:p w14:paraId="17CE938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Peningkatan usability</w:t>
            </w:r>
          </w:p>
        </w:tc>
        <w:tc>
          <w:tcPr>
            <w:tcW w:w="650" w:type="dxa"/>
            <w:vAlign w:val="center"/>
          </w:tcPr>
          <w:p w14:paraId="6AFEB78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48D377D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73A8EC6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3283582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5F262FD8" w14:textId="77777777">
        <w:tc>
          <w:tcPr>
            <w:tcW w:w="2600" w:type="dxa"/>
            <w:vAlign w:val="center"/>
          </w:tcPr>
          <w:p w14:paraId="082106E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Pemenuhan aksesibilitas dasar</w:t>
            </w:r>
          </w:p>
        </w:tc>
        <w:tc>
          <w:tcPr>
            <w:tcW w:w="650" w:type="dxa"/>
            <w:vAlign w:val="center"/>
          </w:tcPr>
          <w:p w14:paraId="7612BEE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4833A9B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0101E79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411F0C4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57065E0A" w14:textId="77777777" w:rsidR="006D4AD2" w:rsidRDefault="00F339D6">
      <w:pPr>
        <w:pStyle w:val="Heading2"/>
      </w:pPr>
      <w:r>
        <w:t>I. Refleksi Individu</w:t>
      </w:r>
    </w:p>
    <w:p w14:paraId="2A52870B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3B136991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72C5BED5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2736E572" w14:textId="77777777" w:rsidR="006D4AD2" w:rsidRDefault="00F339D6">
      <w:pPr>
        <w:pStyle w:val="Heading2"/>
      </w:pPr>
      <w:r>
        <w:t>J. Referensi Modul</w:t>
      </w:r>
    </w:p>
    <w:p w14:paraId="000D07D5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EF21973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78C7048D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0606906D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44DF68F5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49CA6428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15</w:t>
      </w:r>
    </w:p>
    <w:p w14:paraId="7471349C" w14:textId="77777777" w:rsidR="006D4AD2" w:rsidRDefault="00F339D6">
      <w:pPr>
        <w:spacing w:after="140"/>
      </w:pPr>
      <w:r>
        <w:rPr>
          <w:b/>
          <w:color w:val="0B2545"/>
          <w:sz w:val="46"/>
        </w:rPr>
        <w:t>UX Case Study dan Presentasi Portofolio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2A3A8CBD" w14:textId="77777777">
        <w:tc>
          <w:tcPr>
            <w:tcW w:w="1500" w:type="dxa"/>
            <w:shd w:val="clear" w:color="auto" w:fill="0B2545"/>
            <w:vAlign w:val="center"/>
          </w:tcPr>
          <w:p w14:paraId="35FC3BF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28950670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CPMK-7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7824C7C2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36104BD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C5-C6, P5, A5</w:t>
            </w:r>
          </w:p>
        </w:tc>
      </w:tr>
      <w:tr w:rsidR="006D4AD2" w14:paraId="6E0B2C62" w14:textId="77777777">
        <w:tc>
          <w:tcPr>
            <w:tcW w:w="1500" w:type="dxa"/>
            <w:shd w:val="clear" w:color="auto" w:fill="0B2545"/>
            <w:vAlign w:val="center"/>
          </w:tcPr>
          <w:p w14:paraId="2335FE6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696CD9A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0FE5E22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01211AB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3DB28B23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6B6BD20B" wp14:editId="2265E4D0">
            <wp:extent cx="5394960" cy="291584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1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09383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15: UX Case </w:t>
      </w:r>
      <w:r>
        <w:rPr>
          <w:i/>
          <w:color w:val="5B6573"/>
          <w:sz w:val="16"/>
        </w:rPr>
        <w:t>Study dan Presentasi Portofolio</w:t>
      </w:r>
    </w:p>
    <w:p w14:paraId="1677BB3F" w14:textId="77777777" w:rsidR="006D4AD2" w:rsidRDefault="00F339D6">
      <w:pPr>
        <w:pStyle w:val="Heading2"/>
      </w:pPr>
      <w:r>
        <w:t>A. Tujuan Praktikum</w:t>
      </w:r>
    </w:p>
    <w:p w14:paraId="0A570B46" w14:textId="77777777" w:rsidR="006D4AD2" w:rsidRDefault="00F339D6">
      <w:pPr>
        <w:pStyle w:val="ListBullet"/>
        <w:keepLines/>
      </w:pPr>
      <w:r>
        <w:t>Menyusun narasi problem-process-solution.</w:t>
      </w:r>
    </w:p>
    <w:p w14:paraId="4858366D" w14:textId="77777777" w:rsidR="006D4AD2" w:rsidRDefault="00F339D6">
      <w:pPr>
        <w:pStyle w:val="ListBullet"/>
        <w:keepLines/>
      </w:pPr>
      <w:r>
        <w:t>Memilih bukti proses yang relevan.</w:t>
      </w:r>
    </w:p>
    <w:p w14:paraId="7B2CBDB3" w14:textId="77777777" w:rsidR="006D4AD2" w:rsidRDefault="00F339D6">
      <w:pPr>
        <w:pStyle w:val="ListBullet"/>
        <w:keepLines/>
      </w:pPr>
      <w:r>
        <w:t>Mempresentasikan kontribusi dan refleksi secara profesional.</w:t>
      </w:r>
    </w:p>
    <w:p w14:paraId="7E766E84" w14:textId="77777777" w:rsidR="006D4AD2" w:rsidRDefault="00F339D6">
      <w:pPr>
        <w:pStyle w:val="Heading2"/>
      </w:pPr>
      <w:r>
        <w:t>B. Ringkasan Konsep</w:t>
      </w:r>
    </w:p>
    <w:p w14:paraId="207AACC6" w14:textId="77777777" w:rsidR="006D4AD2" w:rsidRDefault="00F339D6">
      <w:pPr>
        <w:pStyle w:val="ListBullet"/>
        <w:keepLines/>
      </w:pPr>
      <w:r>
        <w:t xml:space="preserve">Case study menunjukkan cara berpikir, </w:t>
      </w:r>
      <w:r>
        <w:t>bukan galeri layar.</w:t>
      </w:r>
    </w:p>
    <w:p w14:paraId="1D42F449" w14:textId="77777777" w:rsidR="006D4AD2" w:rsidRDefault="00F339D6">
      <w:pPr>
        <w:pStyle w:val="ListBullet"/>
        <w:keepLines/>
      </w:pPr>
      <w:r>
        <w:t>Peran, kontribusi, keterbatasan, dan hasil harus disampaikan jujur.</w:t>
      </w:r>
    </w:p>
    <w:p w14:paraId="2CA24B85" w14:textId="77777777" w:rsidR="006D4AD2" w:rsidRDefault="00F339D6">
      <w:pPr>
        <w:pStyle w:val="ListBullet"/>
        <w:keepLines/>
      </w:pPr>
      <w:r>
        <w:t>Before-after hasil testing menjadi bukti pembelajaran dan iterasi.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2194C7F4" w14:textId="77777777">
        <w:tc>
          <w:tcPr>
            <w:tcW w:w="9360" w:type="dxa"/>
            <w:shd w:val="clear" w:color="auto" w:fill="F4F6F9"/>
          </w:tcPr>
          <w:p w14:paraId="6937ED3A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UX case study lengkap dan final pitch 8-10 menit.</w:t>
            </w:r>
          </w:p>
        </w:tc>
      </w:tr>
    </w:tbl>
    <w:p w14:paraId="63C7951C" w14:textId="77777777" w:rsidR="006D4AD2" w:rsidRDefault="00F339D6">
      <w:pPr>
        <w:pStyle w:val="Heading2"/>
      </w:pPr>
      <w:r>
        <w:t>C. Alat dan Bahan</w:t>
      </w:r>
    </w:p>
    <w:p w14:paraId="7AB03939" w14:textId="77777777" w:rsidR="006D4AD2" w:rsidRDefault="00F339D6">
      <w:r>
        <w:t>Seluruh artefak pr</w:t>
      </w:r>
      <w:r>
        <w:t>oyek, Figma/Slides, template case study.</w:t>
      </w:r>
    </w:p>
    <w:p w14:paraId="559028AE" w14:textId="77777777" w:rsidR="006D4AD2" w:rsidRDefault="00F339D6">
      <w:pPr>
        <w:pStyle w:val="Heading2"/>
      </w:pPr>
      <w:r>
        <w:lastRenderedPageBreak/>
        <w:t>D. Persiapan</w:t>
      </w:r>
    </w:p>
    <w:p w14:paraId="1675877C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35DB6595" w14:textId="77777777" w:rsidR="006D4AD2" w:rsidRDefault="00F339D6">
      <w:pPr>
        <w:pStyle w:val="ListBullet"/>
        <w:keepLines/>
      </w:pPr>
      <w:r>
        <w:t>Baca tujuan, indikator, dan rubrik sebelum mulai bekerja.</w:t>
      </w:r>
    </w:p>
    <w:p w14:paraId="3CD4CE2F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4AF6BEBC" w14:textId="77777777" w:rsidR="006D4AD2" w:rsidRDefault="00F339D6">
      <w:pPr>
        <w:pStyle w:val="ListBullet"/>
        <w:keepLines/>
      </w:pPr>
      <w:r>
        <w:t>Pastikan tautan fi</w:t>
      </w:r>
      <w:r>
        <w:t>le dapat diakses dosen dan anggota kelompok.</w:t>
      </w:r>
    </w:p>
    <w:p w14:paraId="77000E15" w14:textId="77777777" w:rsidR="006D4AD2" w:rsidRDefault="00F339D6">
      <w:pPr>
        <w:pStyle w:val="Heading2"/>
      </w:pPr>
      <w:r>
        <w:t>E. Langkah Kerja</w:t>
      </w:r>
    </w:p>
    <w:p w14:paraId="58292906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Tulis ringkasan konteks, masalah, pengguna, peran, durasi, dan kendala.</w:t>
      </w:r>
    </w:p>
    <w:p w14:paraId="3E17AC83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Pilih bukti riset dan insight yang mengubah keputusan.</w:t>
      </w:r>
    </w:p>
    <w:p w14:paraId="2D41F58F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Jelaskan journey, IA, flow, wireframe, dan eksplorasi visual secara</w:t>
      </w:r>
      <w:r>
        <w:t xml:space="preserve"> selektif.</w:t>
      </w:r>
    </w:p>
    <w:p w14:paraId="56762BDD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Tampilkan design system serta final prototype.</w:t>
      </w:r>
    </w:p>
    <w:p w14:paraId="0E7DB0FA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Sajikan metode testing, temuan, prioritas, dan before-after.</w:t>
      </w:r>
    </w:p>
    <w:p w14:paraId="06FB2BAF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Tulis outcome tanpa membuat klaim dampak yang belum diukur.</w:t>
      </w:r>
    </w:p>
    <w:p w14:paraId="6CC78946" w14:textId="77777777" w:rsidR="006D4AD2" w:rsidRDefault="00F339D6">
      <w:pPr>
        <w:pStyle w:val="ListNumber"/>
        <w:keepLines/>
        <w:numPr>
          <w:ilvl w:val="0"/>
          <w:numId w:val="24"/>
        </w:numPr>
      </w:pPr>
      <w:r>
        <w:t>Lakukan rehearsal dan peer critique terhadap alur cerita serta durasi.</w:t>
      </w:r>
    </w:p>
    <w:p w14:paraId="3DEA452E" w14:textId="77777777" w:rsidR="006D4AD2" w:rsidRDefault="00F339D6">
      <w:pPr>
        <w:pStyle w:val="Heading2"/>
      </w:pPr>
      <w:r>
        <w:t xml:space="preserve">F. </w:t>
      </w:r>
      <w:r>
        <w:t>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71BE298C" w14:textId="77777777">
        <w:tc>
          <w:tcPr>
            <w:tcW w:w="2200" w:type="dxa"/>
            <w:shd w:val="clear" w:color="auto" w:fill="155EEF"/>
            <w:vAlign w:val="center"/>
          </w:tcPr>
          <w:p w14:paraId="5F6CCE33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6C2F6838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53723BFC" w14:textId="77777777">
        <w:tc>
          <w:tcPr>
            <w:tcW w:w="2200" w:type="dxa"/>
            <w:shd w:val="clear" w:color="auto" w:fill="155EEF"/>
            <w:vAlign w:val="center"/>
          </w:tcPr>
          <w:p w14:paraId="274CCDC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487F371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41C3605" w14:textId="77777777">
        <w:tc>
          <w:tcPr>
            <w:tcW w:w="2200" w:type="dxa"/>
            <w:shd w:val="clear" w:color="auto" w:fill="155EEF"/>
            <w:vAlign w:val="center"/>
          </w:tcPr>
          <w:p w14:paraId="60741454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603CB5ED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A85D4BD" w14:textId="77777777">
        <w:tc>
          <w:tcPr>
            <w:tcW w:w="2200" w:type="dxa"/>
            <w:shd w:val="clear" w:color="auto" w:fill="155EEF"/>
            <w:vAlign w:val="center"/>
          </w:tcPr>
          <w:p w14:paraId="1951070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54876DA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35C3D41" w14:textId="77777777">
        <w:tc>
          <w:tcPr>
            <w:tcW w:w="2200" w:type="dxa"/>
            <w:shd w:val="clear" w:color="auto" w:fill="155EEF"/>
            <w:vAlign w:val="center"/>
          </w:tcPr>
          <w:p w14:paraId="2B3F3E4A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34455860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EF9F24A" w14:textId="77777777">
        <w:tc>
          <w:tcPr>
            <w:tcW w:w="2200" w:type="dxa"/>
            <w:shd w:val="clear" w:color="auto" w:fill="155EEF"/>
            <w:vAlign w:val="center"/>
          </w:tcPr>
          <w:p w14:paraId="64A6D36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6F093317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65D0E150" w14:textId="77777777" w:rsidR="006D4AD2" w:rsidRDefault="00F339D6">
      <w:pPr>
        <w:pStyle w:val="Heading3"/>
      </w:pPr>
      <w:r>
        <w:t>Catatan Temuan dan Keputusan</w:t>
      </w:r>
    </w:p>
    <w:p w14:paraId="1960B180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D864382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12D89B0F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1AC15735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063B4E0B" w14:textId="77777777" w:rsidR="006D4AD2" w:rsidRDefault="00F339D6">
      <w:pPr>
        <w:pStyle w:val="Heading2"/>
      </w:pPr>
      <w:r>
        <w:t>G. Pemeriksaan Sebelum Pengumpulan</w:t>
      </w:r>
    </w:p>
    <w:p w14:paraId="2C2DC1E8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7274A6D0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003068FC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5C3842EB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756C1420" w14:textId="77777777" w:rsidR="006D4AD2" w:rsidRDefault="00F339D6">
      <w:pPr>
        <w:pStyle w:val="ListBullet"/>
        <w:keepLines/>
      </w:pPr>
      <w:r>
        <w:t>Data pengguna telah dianonimkan.</w:t>
      </w:r>
    </w:p>
    <w:p w14:paraId="4E4D0749" w14:textId="77777777" w:rsidR="006D4AD2" w:rsidRDefault="00F339D6">
      <w:pPr>
        <w:pStyle w:val="ListBullet"/>
        <w:keepLines/>
      </w:pPr>
      <w:r>
        <w:t>Refleksi individu telah diisi.</w:t>
      </w:r>
    </w:p>
    <w:p w14:paraId="7C1D5881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7A3EA4B7" w14:textId="77777777">
        <w:tc>
          <w:tcPr>
            <w:tcW w:w="2600" w:type="dxa"/>
            <w:shd w:val="clear" w:color="auto" w:fill="0B2545"/>
            <w:vAlign w:val="center"/>
          </w:tcPr>
          <w:p w14:paraId="0CD936AA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0412DD8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62C8EEE9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5182584E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10828540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59151EAE" w14:textId="77777777">
        <w:tc>
          <w:tcPr>
            <w:tcW w:w="2600" w:type="dxa"/>
            <w:vAlign w:val="center"/>
          </w:tcPr>
          <w:p w14:paraId="5041F0B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Kekuatan narasi</w:t>
            </w:r>
          </w:p>
        </w:tc>
        <w:tc>
          <w:tcPr>
            <w:tcW w:w="650" w:type="dxa"/>
            <w:vAlign w:val="center"/>
          </w:tcPr>
          <w:p w14:paraId="0CBCC6F2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128EE4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5A4B0F9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0CA2B56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CC1C33B" w14:textId="77777777">
        <w:tc>
          <w:tcPr>
            <w:tcW w:w="2600" w:type="dxa"/>
            <w:vAlign w:val="center"/>
          </w:tcPr>
          <w:p w14:paraId="1A46EE40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Relevansi bukti</w:t>
            </w:r>
          </w:p>
        </w:tc>
        <w:tc>
          <w:tcPr>
            <w:tcW w:w="650" w:type="dxa"/>
            <w:vAlign w:val="center"/>
          </w:tcPr>
          <w:p w14:paraId="2E2EDC73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56CC0164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6B5E3C7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9423A4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19109B5" w14:textId="77777777">
        <w:tc>
          <w:tcPr>
            <w:tcW w:w="2600" w:type="dxa"/>
            <w:vAlign w:val="center"/>
          </w:tcPr>
          <w:p w14:paraId="506B6C53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Kejelasan kontribusi</w:t>
            </w:r>
          </w:p>
        </w:tc>
        <w:tc>
          <w:tcPr>
            <w:tcW w:w="650" w:type="dxa"/>
            <w:vAlign w:val="center"/>
          </w:tcPr>
          <w:p w14:paraId="44278757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3B7FF09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63EB956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F58ED3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37759C21" w14:textId="77777777">
        <w:tc>
          <w:tcPr>
            <w:tcW w:w="2600" w:type="dxa"/>
            <w:vAlign w:val="center"/>
          </w:tcPr>
          <w:p w14:paraId="242E3D79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presentasi dan refleksi</w:t>
            </w:r>
          </w:p>
        </w:tc>
        <w:tc>
          <w:tcPr>
            <w:tcW w:w="650" w:type="dxa"/>
            <w:vAlign w:val="center"/>
          </w:tcPr>
          <w:p w14:paraId="1CF900D5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17A1B5D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1CA818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40D7F242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</w:tbl>
    <w:p w14:paraId="35F362C6" w14:textId="77777777" w:rsidR="006D4AD2" w:rsidRDefault="00F339D6">
      <w:pPr>
        <w:pStyle w:val="Heading2"/>
      </w:pPr>
      <w:r>
        <w:t>I. Refleksi Individu</w:t>
      </w:r>
    </w:p>
    <w:p w14:paraId="55211607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</w:t>
      </w:r>
      <w:r>
        <w:t>.....................................................................................................................................</w:t>
      </w:r>
    </w:p>
    <w:p w14:paraId="7156EB0C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</w:t>
      </w:r>
      <w:r>
        <w:t>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E8429C4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</w:t>
      </w:r>
      <w:r>
        <w:t>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</w:t>
      </w:r>
      <w:r>
        <w:t>............</w:t>
      </w:r>
    </w:p>
    <w:p w14:paraId="1F43082A" w14:textId="77777777" w:rsidR="006D4AD2" w:rsidRDefault="00F339D6">
      <w:pPr>
        <w:pStyle w:val="Heading2"/>
      </w:pPr>
      <w:r>
        <w:t>J. Referensi Modul</w:t>
      </w:r>
    </w:p>
    <w:p w14:paraId="699D036E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47997A70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65FAEE9B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66A09AEE" w14:textId="77777777" w:rsidR="006D4AD2" w:rsidRDefault="00F339D6">
      <w:pPr>
        <w:pStyle w:val="ListBullet"/>
        <w:keepLines/>
      </w:pPr>
      <w:r>
        <w:t>W3C. Web Content Acce</w:t>
      </w:r>
      <w:r>
        <w:t>ssibility Guidelines (WCAG).</w:t>
      </w:r>
    </w:p>
    <w:p w14:paraId="3A648882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p w14:paraId="3DD5BA38" w14:textId="77777777" w:rsidR="006D4AD2" w:rsidRDefault="00F339D6">
      <w:pPr>
        <w:pageBreakBefore/>
        <w:spacing w:after="60"/>
      </w:pPr>
      <w:r>
        <w:rPr>
          <w:b/>
          <w:color w:val="E85D4A"/>
          <w:sz w:val="24"/>
        </w:rPr>
        <w:lastRenderedPageBreak/>
        <w:t>MODUL 16</w:t>
      </w:r>
    </w:p>
    <w:p w14:paraId="4B55CBC3" w14:textId="77777777" w:rsidR="006D4AD2" w:rsidRDefault="00F339D6">
      <w:pPr>
        <w:spacing w:after="140"/>
      </w:pPr>
      <w:r>
        <w:rPr>
          <w:b/>
          <w:color w:val="0B2545"/>
          <w:sz w:val="46"/>
        </w:rPr>
        <w:t>UAS - Final UI/UX Project Showcase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2850"/>
        <w:gridCol w:w="1500"/>
        <w:gridCol w:w="3510"/>
      </w:tblGrid>
      <w:tr w:rsidR="006D4AD2" w14:paraId="6010C909" w14:textId="77777777">
        <w:tc>
          <w:tcPr>
            <w:tcW w:w="1500" w:type="dxa"/>
            <w:shd w:val="clear" w:color="auto" w:fill="0B2545"/>
            <w:vAlign w:val="center"/>
          </w:tcPr>
          <w:p w14:paraId="3576D46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CPMK</w:t>
            </w:r>
          </w:p>
        </w:tc>
        <w:tc>
          <w:tcPr>
            <w:tcW w:w="2850" w:type="dxa"/>
            <w:vAlign w:val="center"/>
          </w:tcPr>
          <w:p w14:paraId="2ABE4D3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CPMK-4 s.d. CPMK-7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61A5888E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Taksonomi</w:t>
            </w:r>
          </w:p>
        </w:tc>
        <w:tc>
          <w:tcPr>
            <w:tcW w:w="3510" w:type="dxa"/>
            <w:vAlign w:val="center"/>
          </w:tcPr>
          <w:p w14:paraId="26748B4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C6, P5, A5</w:t>
            </w:r>
          </w:p>
        </w:tc>
      </w:tr>
      <w:tr w:rsidR="006D4AD2" w14:paraId="51CB31A4" w14:textId="77777777">
        <w:tc>
          <w:tcPr>
            <w:tcW w:w="1500" w:type="dxa"/>
            <w:shd w:val="clear" w:color="auto" w:fill="0B2545"/>
            <w:vAlign w:val="center"/>
          </w:tcPr>
          <w:p w14:paraId="7EFD43B8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Waktu</w:t>
            </w:r>
          </w:p>
        </w:tc>
        <w:tc>
          <w:tcPr>
            <w:tcW w:w="2850" w:type="dxa"/>
            <w:vAlign w:val="center"/>
          </w:tcPr>
          <w:p w14:paraId="551BE7CC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270 menit</w:t>
            </w:r>
          </w:p>
        </w:tc>
        <w:tc>
          <w:tcPr>
            <w:tcW w:w="1500" w:type="dxa"/>
            <w:shd w:val="clear" w:color="auto" w:fill="0B2545"/>
            <w:vAlign w:val="center"/>
          </w:tcPr>
          <w:p w14:paraId="2A9863FD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Ketuntasan</w:t>
            </w:r>
          </w:p>
        </w:tc>
        <w:tc>
          <w:tcPr>
            <w:tcW w:w="3510" w:type="dxa"/>
            <w:vAlign w:val="center"/>
          </w:tcPr>
          <w:p w14:paraId="3340A37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Nilai minimal 60</w:t>
            </w:r>
          </w:p>
        </w:tc>
      </w:tr>
    </w:tbl>
    <w:p w14:paraId="7B3C49A0" w14:textId="77777777" w:rsidR="006D4AD2" w:rsidRDefault="00F339D6">
      <w:pPr>
        <w:spacing w:before="200"/>
        <w:jc w:val="center"/>
      </w:pPr>
      <w:r>
        <w:rPr>
          <w:noProof/>
        </w:rPr>
        <w:drawing>
          <wp:inline distT="0" distB="0" distL="0" distR="0" wp14:anchorId="3A07B9EF" wp14:editId="5574CC68">
            <wp:extent cx="5394960" cy="297246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cept_1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7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724A" w14:textId="77777777" w:rsidR="006D4AD2" w:rsidRDefault="00F339D6">
      <w:pPr>
        <w:spacing w:after="80"/>
        <w:jc w:val="center"/>
      </w:pPr>
      <w:r>
        <w:rPr>
          <w:i/>
          <w:color w:val="5B6573"/>
          <w:sz w:val="16"/>
        </w:rPr>
        <w:t xml:space="preserve">Ilustrasi Modul 16: UAS - </w:t>
      </w:r>
      <w:r>
        <w:rPr>
          <w:i/>
          <w:color w:val="5B6573"/>
          <w:sz w:val="16"/>
        </w:rPr>
        <w:t>Final UI/UX Project Showcase</w:t>
      </w:r>
    </w:p>
    <w:p w14:paraId="2DEA61C4" w14:textId="77777777" w:rsidR="006D4AD2" w:rsidRDefault="00F339D6">
      <w:pPr>
        <w:pStyle w:val="Heading2"/>
      </w:pPr>
      <w:r>
        <w:t>A. Tujuan Praktikum</w:t>
      </w:r>
    </w:p>
    <w:p w14:paraId="13B570BA" w14:textId="77777777" w:rsidR="006D4AD2" w:rsidRDefault="00F339D6">
      <w:pPr>
        <w:pStyle w:val="ListBullet"/>
        <w:keepLines/>
      </w:pPr>
      <w:r>
        <w:t>Mendemonstrasikan solusi UI/UX terintegrasi.</w:t>
      </w:r>
    </w:p>
    <w:p w14:paraId="32B23EDA" w14:textId="77777777" w:rsidR="006D4AD2" w:rsidRDefault="00F339D6">
      <w:pPr>
        <w:pStyle w:val="ListBullet"/>
        <w:keepLines/>
      </w:pPr>
      <w:r>
        <w:t>Mempertahankan keputusan dengan riset dan hasil testing.</w:t>
      </w:r>
    </w:p>
    <w:p w14:paraId="7B21FC45" w14:textId="77777777" w:rsidR="006D4AD2" w:rsidRDefault="00F339D6">
      <w:pPr>
        <w:pStyle w:val="ListBullet"/>
        <w:keepLines/>
      </w:pPr>
      <w:r>
        <w:t>Merefleksikan keterbatasan dan pengembangan berikutnya.</w:t>
      </w:r>
    </w:p>
    <w:p w14:paraId="61D7E36B" w14:textId="77777777" w:rsidR="006D4AD2" w:rsidRDefault="00F339D6">
      <w:pPr>
        <w:pStyle w:val="Heading2"/>
      </w:pPr>
      <w:r>
        <w:t>B. Ringkasan Konsep</w:t>
      </w:r>
    </w:p>
    <w:p w14:paraId="323C5F8E" w14:textId="77777777" w:rsidR="006D4AD2" w:rsidRDefault="00F339D6">
      <w:pPr>
        <w:pStyle w:val="ListBullet"/>
        <w:keepLines/>
      </w:pPr>
      <w:r>
        <w:t xml:space="preserve">UAS menilai </w:t>
      </w:r>
      <w:r>
        <w:t>keterpaduan desirability, usability, accessibility, dan visual quality.</w:t>
      </w:r>
    </w:p>
    <w:p w14:paraId="512AA2B3" w14:textId="77777777" w:rsidR="006D4AD2" w:rsidRDefault="00F339D6">
      <w:pPr>
        <w:pStyle w:val="ListBullet"/>
        <w:keepLines/>
      </w:pPr>
      <w:r>
        <w:t>Produk akhir tetap harus menunjukkan proses, bukti, dan iterasi.</w:t>
      </w:r>
    </w:p>
    <w:p w14:paraId="6BB09E3E" w14:textId="77777777" w:rsidR="006D4AD2" w:rsidRDefault="00F339D6">
      <w:pPr>
        <w:pStyle w:val="ListBullet"/>
        <w:keepLines/>
      </w:pPr>
      <w:r>
        <w:t>Refleksi profesional mengakui batas data serta keputusan yang belum diuji.</w:t>
      </w:r>
    </w:p>
    <w:tbl>
      <w:tblPr>
        <w:tblW w:w="9360" w:type="dxa"/>
        <w:tblInd w:w="120" w:type="dxa"/>
        <w:tblBorders>
          <w:top w:val="single" w:sz="4" w:space="0" w:color="E8EEF5"/>
          <w:left w:val="single" w:sz="4" w:space="0" w:color="E8EEF5"/>
          <w:bottom w:val="single" w:sz="4" w:space="0" w:color="E8EEF5"/>
          <w:right w:val="single" w:sz="4" w:space="0" w:color="E8EEF5"/>
          <w:insideH w:val="single" w:sz="4" w:space="0" w:color="E8EEF5"/>
          <w:insideV w:val="single" w:sz="4" w:space="0" w:color="E8EEF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D4AD2" w14:paraId="12736538" w14:textId="77777777">
        <w:tc>
          <w:tcPr>
            <w:tcW w:w="9360" w:type="dxa"/>
            <w:shd w:val="clear" w:color="auto" w:fill="F4F6F9"/>
          </w:tcPr>
          <w:p w14:paraId="71B39BF8" w14:textId="77777777" w:rsidR="006D4AD2" w:rsidRDefault="00F339D6">
            <w:pPr>
              <w:spacing w:after="40"/>
            </w:pPr>
            <w:r>
              <w:rPr>
                <w:b/>
                <w:color w:val="E85D4A"/>
                <w:sz w:val="18"/>
              </w:rPr>
              <w:t xml:space="preserve">LUARAN WAJIB  </w:t>
            </w:r>
            <w:r>
              <w:rPr>
                <w:sz w:val="18"/>
              </w:rPr>
              <w:t>Final prototype, design system</w:t>
            </w:r>
            <w:r>
              <w:rPr>
                <w:sz w:val="18"/>
              </w:rPr>
              <w:t>, usability report, accessibility checklist, case study, presentasi, dan refleksi.</w:t>
            </w:r>
          </w:p>
        </w:tc>
      </w:tr>
    </w:tbl>
    <w:p w14:paraId="6FFECD03" w14:textId="77777777" w:rsidR="006D4AD2" w:rsidRDefault="00F339D6">
      <w:pPr>
        <w:pStyle w:val="Heading2"/>
      </w:pPr>
      <w:r>
        <w:t>C. Alat dan Bahan</w:t>
      </w:r>
    </w:p>
    <w:p w14:paraId="1D0BEAB9" w14:textId="77777777" w:rsidR="006D4AD2" w:rsidRDefault="00F339D6">
      <w:r>
        <w:t>Final prototype, design system, case study, usability report, rubrik UAS.</w:t>
      </w:r>
    </w:p>
    <w:p w14:paraId="6D386DC8" w14:textId="77777777" w:rsidR="006D4AD2" w:rsidRDefault="00F339D6">
      <w:pPr>
        <w:pStyle w:val="Heading2"/>
      </w:pPr>
      <w:r>
        <w:lastRenderedPageBreak/>
        <w:t>D. Persiapan</w:t>
      </w:r>
    </w:p>
    <w:p w14:paraId="28D882CD" w14:textId="77777777" w:rsidR="006D4AD2" w:rsidRDefault="00F339D6">
      <w:pPr>
        <w:pStyle w:val="ListBullet"/>
        <w:keepLines/>
      </w:pPr>
      <w:r>
        <w:t>Buat salinan folder modul dengan format nama: NPM_Nama_ModulXX.</w:t>
      </w:r>
    </w:p>
    <w:p w14:paraId="151EB0BE" w14:textId="77777777" w:rsidR="006D4AD2" w:rsidRDefault="00F339D6">
      <w:pPr>
        <w:pStyle w:val="ListBullet"/>
        <w:keepLines/>
      </w:pPr>
      <w:r>
        <w:t>Bac</w:t>
      </w:r>
      <w:r>
        <w:t>a tujuan, indikator, dan rubrik sebelum mulai bekerja.</w:t>
      </w:r>
    </w:p>
    <w:p w14:paraId="556F1A53" w14:textId="77777777" w:rsidR="006D4AD2" w:rsidRDefault="00F339D6">
      <w:pPr>
        <w:pStyle w:val="ListBullet"/>
        <w:keepLines/>
      </w:pPr>
      <w:r>
        <w:t>Siapkan artefak dari pertemuan sebelumnya yang menjadi input.</w:t>
      </w:r>
    </w:p>
    <w:p w14:paraId="2251CFED" w14:textId="77777777" w:rsidR="006D4AD2" w:rsidRDefault="00F339D6">
      <w:pPr>
        <w:pStyle w:val="ListBullet"/>
        <w:keepLines/>
      </w:pPr>
      <w:r>
        <w:t>Pastikan tautan file dapat diakses dosen dan anggota kelompok.</w:t>
      </w:r>
    </w:p>
    <w:p w14:paraId="37A26E8C" w14:textId="77777777" w:rsidR="006D4AD2" w:rsidRDefault="00F339D6">
      <w:pPr>
        <w:pStyle w:val="Heading2"/>
      </w:pPr>
      <w:r>
        <w:t>E. Langkah Kerja</w:t>
      </w:r>
    </w:p>
    <w:p w14:paraId="6D77B438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Periksa kelengkapan file dan izin akses prototype.</w:t>
      </w:r>
    </w:p>
    <w:p w14:paraId="2449AD80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Susun pr</w:t>
      </w:r>
      <w:r>
        <w:t>esentasi sesuai urutan masalah, bukti, solusi, testing, dan iterasi.</w:t>
      </w:r>
    </w:p>
    <w:p w14:paraId="3991C35E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Demonstrasikan satu happy path dan satu error/alternate path.</w:t>
      </w:r>
    </w:p>
    <w:p w14:paraId="2800CC02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Jelaskan design system serta prinsip aksesibilitas yang diterapkan.</w:t>
      </w:r>
    </w:p>
    <w:p w14:paraId="419F40EB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 xml:space="preserve">Tunjukkan temuan testing yang paling </w:t>
      </w:r>
      <w:r>
        <w:t>memengaruhi perubahan.</w:t>
      </w:r>
    </w:p>
    <w:p w14:paraId="158A4932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Jawab pertanyaan panel dengan mengacu pada bukti.</w:t>
      </w:r>
    </w:p>
    <w:p w14:paraId="7526C420" w14:textId="77777777" w:rsidR="006D4AD2" w:rsidRDefault="00F339D6">
      <w:pPr>
        <w:pStyle w:val="ListNumber"/>
        <w:keepLines/>
        <w:numPr>
          <w:ilvl w:val="0"/>
          <w:numId w:val="25"/>
        </w:numPr>
      </w:pPr>
      <w:r>
        <w:t>Serahkan file akhir, dokumentasi, dan refleksi individual.</w:t>
      </w:r>
    </w:p>
    <w:p w14:paraId="6B3EEBF8" w14:textId="77777777" w:rsidR="006D4AD2" w:rsidRDefault="00F339D6">
      <w:pPr>
        <w:pStyle w:val="Heading2"/>
      </w:pPr>
      <w:r>
        <w:t>F. Lembar Kerja Mahasiswa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6D4AD2" w14:paraId="649288A8" w14:textId="77777777">
        <w:tc>
          <w:tcPr>
            <w:tcW w:w="2200" w:type="dxa"/>
            <w:shd w:val="clear" w:color="auto" w:fill="155EEF"/>
            <w:vAlign w:val="center"/>
          </w:tcPr>
          <w:p w14:paraId="67EF7C1B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Nama/NPM</w:t>
            </w:r>
          </w:p>
        </w:tc>
        <w:tc>
          <w:tcPr>
            <w:tcW w:w="7160" w:type="dxa"/>
            <w:vAlign w:val="center"/>
          </w:tcPr>
          <w:p w14:paraId="6979111E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  <w:tr w:rsidR="006D4AD2" w14:paraId="5CECB833" w14:textId="77777777">
        <w:tc>
          <w:tcPr>
            <w:tcW w:w="2200" w:type="dxa"/>
            <w:shd w:val="clear" w:color="auto" w:fill="155EEF"/>
            <w:vAlign w:val="center"/>
          </w:tcPr>
          <w:p w14:paraId="64919049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Kelas/Kelompok</w:t>
            </w:r>
          </w:p>
        </w:tc>
        <w:tc>
          <w:tcPr>
            <w:tcW w:w="7160" w:type="dxa"/>
            <w:vAlign w:val="center"/>
          </w:tcPr>
          <w:p w14:paraId="3F593901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6225EDBA" w14:textId="77777777">
        <w:tc>
          <w:tcPr>
            <w:tcW w:w="2200" w:type="dxa"/>
            <w:shd w:val="clear" w:color="auto" w:fill="155EEF"/>
            <w:vAlign w:val="center"/>
          </w:tcPr>
          <w:p w14:paraId="00635865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Produk atau </w:t>
            </w:r>
            <w:r>
              <w:rPr>
                <w:b/>
                <w:color w:val="FFFFFF"/>
                <w:sz w:val="18"/>
              </w:rPr>
              <w:t>kasus</w:t>
            </w:r>
          </w:p>
        </w:tc>
        <w:tc>
          <w:tcPr>
            <w:tcW w:w="7160" w:type="dxa"/>
            <w:vAlign w:val="center"/>
          </w:tcPr>
          <w:p w14:paraId="7E42C253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163C6B83" w14:textId="77777777">
        <w:tc>
          <w:tcPr>
            <w:tcW w:w="2200" w:type="dxa"/>
            <w:shd w:val="clear" w:color="auto" w:fill="155EEF"/>
            <w:vAlign w:val="center"/>
          </w:tcPr>
          <w:p w14:paraId="641DDF4C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Pengguna sasaran</w:t>
            </w:r>
          </w:p>
        </w:tc>
        <w:tc>
          <w:tcPr>
            <w:tcW w:w="7160" w:type="dxa"/>
            <w:vAlign w:val="center"/>
          </w:tcPr>
          <w:p w14:paraId="690C4192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48FD01F" w14:textId="77777777">
        <w:tc>
          <w:tcPr>
            <w:tcW w:w="2200" w:type="dxa"/>
            <w:shd w:val="clear" w:color="auto" w:fill="155EEF"/>
            <w:vAlign w:val="center"/>
          </w:tcPr>
          <w:p w14:paraId="26F54287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Tuj</w:t>
            </w:r>
            <w:r>
              <w:rPr>
                <w:b/>
                <w:color w:val="FFFFFF"/>
                <w:sz w:val="18"/>
              </w:rPr>
              <w:t>uan/task utama</w:t>
            </w:r>
          </w:p>
        </w:tc>
        <w:tc>
          <w:tcPr>
            <w:tcW w:w="7160" w:type="dxa"/>
            <w:vAlign w:val="center"/>
          </w:tcPr>
          <w:p w14:paraId="2A0608E4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  <w:t>................................................................................................................</w:t>
            </w:r>
          </w:p>
        </w:tc>
      </w:tr>
      <w:tr w:rsidR="006D4AD2" w14:paraId="4A4015B0" w14:textId="77777777">
        <w:tc>
          <w:tcPr>
            <w:tcW w:w="2200" w:type="dxa"/>
            <w:shd w:val="clear" w:color="auto" w:fill="155EEF"/>
            <w:vAlign w:val="center"/>
          </w:tcPr>
          <w:p w14:paraId="5C2FFF11" w14:textId="77777777" w:rsidR="006D4AD2" w:rsidRDefault="00F339D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Tautan file</w:t>
            </w:r>
          </w:p>
        </w:tc>
        <w:tc>
          <w:tcPr>
            <w:tcW w:w="7160" w:type="dxa"/>
            <w:vAlign w:val="center"/>
          </w:tcPr>
          <w:p w14:paraId="385905CB" w14:textId="77777777" w:rsidR="006D4AD2" w:rsidRDefault="00F339D6">
            <w:pPr>
              <w:spacing w:after="0" w:line="240" w:lineRule="auto"/>
            </w:pPr>
            <w:r>
              <w:rPr>
                <w:sz w:val="18"/>
              </w:rPr>
              <w:br/>
            </w:r>
            <w:r>
              <w:rPr>
                <w:sz w:val="18"/>
              </w:rPr>
              <w:t>................................................................................................................</w:t>
            </w:r>
          </w:p>
        </w:tc>
      </w:tr>
    </w:tbl>
    <w:p w14:paraId="178CCBB8" w14:textId="77777777" w:rsidR="006D4AD2" w:rsidRDefault="00F339D6">
      <w:pPr>
        <w:pStyle w:val="Heading3"/>
      </w:pPr>
      <w:r>
        <w:t>Catatan Temuan dan Keputusan</w:t>
      </w:r>
    </w:p>
    <w:p w14:paraId="0F700FF6" w14:textId="77777777" w:rsidR="006D4AD2" w:rsidRDefault="00F339D6">
      <w:r>
        <w:rPr>
          <w:b/>
          <w:color w:val="0B2545"/>
          <w:sz w:val="18"/>
        </w:rPr>
        <w:t>Bukti/observasi utama:</w:t>
      </w:r>
      <w:r>
        <w:br/>
        <w:t>..........................................................................................</w:t>
      </w:r>
      <w:r>
        <w:t>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59211A18" w14:textId="77777777" w:rsidR="006D4AD2" w:rsidRDefault="00F339D6">
      <w:r>
        <w:rPr>
          <w:b/>
          <w:color w:val="0B2545"/>
          <w:sz w:val="18"/>
        </w:rPr>
        <w:t>Interpretasi/insight:</w:t>
      </w:r>
      <w:r>
        <w:br/>
        <w:t>..................................................</w:t>
      </w:r>
      <w:r>
        <w:t>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65F300BB" w14:textId="77777777" w:rsidR="006D4AD2" w:rsidRDefault="00F339D6">
      <w:r>
        <w:rPr>
          <w:b/>
          <w:color w:val="0B2545"/>
          <w:sz w:val="18"/>
        </w:rPr>
        <w:t>Keputusan desain:</w:t>
      </w:r>
      <w:r>
        <w:br/>
        <w:t>..............</w:t>
      </w:r>
      <w:r>
        <w:t>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</w:t>
      </w:r>
      <w:r>
        <w:t>...</w:t>
      </w:r>
    </w:p>
    <w:p w14:paraId="366FE2FF" w14:textId="77777777" w:rsidR="006D4AD2" w:rsidRDefault="00F339D6">
      <w:r>
        <w:rPr>
          <w:b/>
          <w:color w:val="0B2545"/>
          <w:sz w:val="18"/>
        </w:rPr>
        <w:lastRenderedPageBreak/>
        <w:t>Risiko atau asumsi tersisa:</w:t>
      </w:r>
      <w:r>
        <w:br/>
        <w:t>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</w:t>
      </w:r>
      <w:r>
        <w:t>.................................................</w:t>
      </w:r>
    </w:p>
    <w:p w14:paraId="7D641B09" w14:textId="77777777" w:rsidR="006D4AD2" w:rsidRDefault="00F339D6">
      <w:pPr>
        <w:pStyle w:val="Heading2"/>
      </w:pPr>
      <w:r>
        <w:t>G. Pemeriksaan Sebelum Pengumpulan</w:t>
      </w:r>
    </w:p>
    <w:p w14:paraId="046E36A3" w14:textId="77777777" w:rsidR="006D4AD2" w:rsidRDefault="00F339D6">
      <w:pPr>
        <w:pStyle w:val="ListBullet"/>
        <w:keepLines/>
      </w:pPr>
      <w:r>
        <w:t>Nama file dan folder telah mengikuti format.</w:t>
      </w:r>
    </w:p>
    <w:p w14:paraId="1332C330" w14:textId="77777777" w:rsidR="006D4AD2" w:rsidRDefault="00F339D6">
      <w:pPr>
        <w:pStyle w:val="ListBullet"/>
        <w:keepLines/>
      </w:pPr>
      <w:r>
        <w:t>Seluruh artefak dapat dibuka dan tautan tidak terkunci.</w:t>
      </w:r>
    </w:p>
    <w:p w14:paraId="1D76D637" w14:textId="77777777" w:rsidR="006D4AD2" w:rsidRDefault="00F339D6">
      <w:pPr>
        <w:pStyle w:val="ListBullet"/>
        <w:keepLines/>
      </w:pPr>
      <w:r>
        <w:t>Keputusan utama disertai bukti atau alasan.</w:t>
      </w:r>
    </w:p>
    <w:p w14:paraId="7304C449" w14:textId="77777777" w:rsidR="006D4AD2" w:rsidRDefault="00F339D6">
      <w:pPr>
        <w:pStyle w:val="ListBullet"/>
        <w:keepLines/>
      </w:pPr>
      <w:r>
        <w:t>Aset pihak ketiga diberi a</w:t>
      </w:r>
      <w:r>
        <w:t>tribusi.</w:t>
      </w:r>
    </w:p>
    <w:p w14:paraId="18EB093A" w14:textId="77777777" w:rsidR="006D4AD2" w:rsidRDefault="00F339D6">
      <w:pPr>
        <w:pStyle w:val="ListBullet"/>
        <w:keepLines/>
      </w:pPr>
      <w:r>
        <w:t>Data pengguna telah dianonimkan.</w:t>
      </w:r>
    </w:p>
    <w:p w14:paraId="0BCDAE58" w14:textId="77777777" w:rsidR="006D4AD2" w:rsidRDefault="00F339D6">
      <w:pPr>
        <w:pStyle w:val="ListBullet"/>
        <w:keepLines/>
      </w:pPr>
      <w:r>
        <w:t>Refleksi individu telah diisi.</w:t>
      </w:r>
    </w:p>
    <w:p w14:paraId="6CA62941" w14:textId="77777777" w:rsidR="006D4AD2" w:rsidRDefault="00F339D6">
      <w:pPr>
        <w:pStyle w:val="Heading2"/>
      </w:pPr>
      <w:r>
        <w:t>H. Rubrik Penilaian</w:t>
      </w:r>
    </w:p>
    <w:tbl>
      <w:tblPr>
        <w:tblW w:w="9360" w:type="dxa"/>
        <w:tblInd w:w="120" w:type="dxa"/>
        <w:tblBorders>
          <w:top w:val="single" w:sz="4" w:space="0" w:color="C8D1DC"/>
          <w:left w:val="single" w:sz="4" w:space="0" w:color="C8D1DC"/>
          <w:bottom w:val="single" w:sz="4" w:space="0" w:color="C8D1DC"/>
          <w:right w:val="single" w:sz="4" w:space="0" w:color="C8D1DC"/>
          <w:insideH w:val="single" w:sz="4" w:space="0" w:color="C8D1DC"/>
          <w:insideV w:val="single" w:sz="4" w:space="0" w:color="C8D1DC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50"/>
        <w:gridCol w:w="2030"/>
        <w:gridCol w:w="2030"/>
        <w:gridCol w:w="2050"/>
      </w:tblGrid>
      <w:tr w:rsidR="006D4AD2" w14:paraId="45AD5C56" w14:textId="77777777">
        <w:tc>
          <w:tcPr>
            <w:tcW w:w="2600" w:type="dxa"/>
            <w:shd w:val="clear" w:color="auto" w:fill="0B2545"/>
            <w:vAlign w:val="center"/>
          </w:tcPr>
          <w:p w14:paraId="3D8980CC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Aspek</w:t>
            </w:r>
          </w:p>
        </w:tc>
        <w:tc>
          <w:tcPr>
            <w:tcW w:w="650" w:type="dxa"/>
            <w:shd w:val="clear" w:color="auto" w:fill="0B2545"/>
            <w:vAlign w:val="center"/>
          </w:tcPr>
          <w:p w14:paraId="5F1EF863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Bobot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422BC57B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Sangat Baik (86-100)</w:t>
            </w:r>
          </w:p>
        </w:tc>
        <w:tc>
          <w:tcPr>
            <w:tcW w:w="2030" w:type="dxa"/>
            <w:shd w:val="clear" w:color="auto" w:fill="0B2545"/>
            <w:vAlign w:val="center"/>
          </w:tcPr>
          <w:p w14:paraId="2443DF85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Baik (71-85)</w:t>
            </w:r>
          </w:p>
        </w:tc>
        <w:tc>
          <w:tcPr>
            <w:tcW w:w="2050" w:type="dxa"/>
            <w:shd w:val="clear" w:color="auto" w:fill="0B2545"/>
            <w:vAlign w:val="center"/>
          </w:tcPr>
          <w:p w14:paraId="5AE2B101" w14:textId="77777777" w:rsidR="006D4AD2" w:rsidRDefault="00F339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Cukup/Kurang (&lt;=70)</w:t>
            </w:r>
          </w:p>
        </w:tc>
      </w:tr>
      <w:tr w:rsidR="006D4AD2" w14:paraId="72DD7185" w14:textId="77777777">
        <w:tc>
          <w:tcPr>
            <w:tcW w:w="2600" w:type="dxa"/>
            <w:vAlign w:val="center"/>
          </w:tcPr>
          <w:p w14:paraId="26BC3B71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Keterpaduan UX</w:t>
            </w:r>
          </w:p>
        </w:tc>
        <w:tc>
          <w:tcPr>
            <w:tcW w:w="650" w:type="dxa"/>
            <w:vAlign w:val="center"/>
          </w:tcPr>
          <w:p w14:paraId="1E411C9E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30%</w:t>
            </w:r>
          </w:p>
        </w:tc>
        <w:tc>
          <w:tcPr>
            <w:tcW w:w="2030" w:type="dxa"/>
            <w:vAlign w:val="center"/>
          </w:tcPr>
          <w:p w14:paraId="42F3A693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184A32B1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Memadai dengan </w:t>
            </w:r>
            <w:r>
              <w:rPr>
                <w:sz w:val="16"/>
              </w:rPr>
              <w:t>kekurangan minor.</w:t>
            </w:r>
          </w:p>
        </w:tc>
        <w:tc>
          <w:tcPr>
            <w:tcW w:w="2050" w:type="dxa"/>
            <w:vAlign w:val="center"/>
          </w:tcPr>
          <w:p w14:paraId="7187693E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6AD52F64" w14:textId="77777777">
        <w:tc>
          <w:tcPr>
            <w:tcW w:w="2600" w:type="dxa"/>
            <w:vAlign w:val="center"/>
          </w:tcPr>
          <w:p w14:paraId="34590137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Kualitas UI dan sistem</w:t>
            </w:r>
          </w:p>
        </w:tc>
        <w:tc>
          <w:tcPr>
            <w:tcW w:w="650" w:type="dxa"/>
            <w:vAlign w:val="center"/>
          </w:tcPr>
          <w:p w14:paraId="5590653C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1F8888DD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53F7467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5058698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1E8CC7AD" w14:textId="77777777">
        <w:tc>
          <w:tcPr>
            <w:tcW w:w="2600" w:type="dxa"/>
            <w:vAlign w:val="center"/>
          </w:tcPr>
          <w:p w14:paraId="0F87F6E2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Fungsi prototype</w:t>
            </w:r>
          </w:p>
        </w:tc>
        <w:tc>
          <w:tcPr>
            <w:tcW w:w="650" w:type="dxa"/>
            <w:vAlign w:val="center"/>
          </w:tcPr>
          <w:p w14:paraId="6E16F0C6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25%</w:t>
            </w:r>
          </w:p>
        </w:tc>
        <w:tc>
          <w:tcPr>
            <w:tcW w:w="2030" w:type="dxa"/>
            <w:vAlign w:val="center"/>
          </w:tcPr>
          <w:p w14:paraId="011FD05F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3C898A7A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03924C7B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Tidak lengkap, tidak konsisten, atau tanpa bukti.</w:t>
            </w:r>
          </w:p>
        </w:tc>
      </w:tr>
      <w:tr w:rsidR="006D4AD2" w14:paraId="08AB3DDF" w14:textId="77777777">
        <w:tc>
          <w:tcPr>
            <w:tcW w:w="2600" w:type="dxa"/>
            <w:vAlign w:val="center"/>
          </w:tcPr>
          <w:p w14:paraId="19D50C25" w14:textId="77777777" w:rsidR="006D4AD2" w:rsidRDefault="00F339D6">
            <w:pPr>
              <w:spacing w:after="0" w:line="240" w:lineRule="auto"/>
            </w:pPr>
            <w:r>
              <w:rPr>
                <w:b/>
                <w:sz w:val="16"/>
              </w:rPr>
              <w:t>Testing dan iterasi</w:t>
            </w:r>
          </w:p>
        </w:tc>
        <w:tc>
          <w:tcPr>
            <w:tcW w:w="650" w:type="dxa"/>
            <w:vAlign w:val="center"/>
          </w:tcPr>
          <w:p w14:paraId="1D3FA82F" w14:textId="77777777" w:rsidR="006D4AD2" w:rsidRDefault="00F339D6">
            <w:pPr>
              <w:spacing w:after="0" w:line="240" w:lineRule="auto"/>
              <w:jc w:val="center"/>
            </w:pPr>
            <w:r>
              <w:rPr>
                <w:sz w:val="16"/>
              </w:rPr>
              <w:t>20%</w:t>
            </w:r>
          </w:p>
        </w:tc>
        <w:tc>
          <w:tcPr>
            <w:tcW w:w="2030" w:type="dxa"/>
            <w:vAlign w:val="center"/>
          </w:tcPr>
          <w:p w14:paraId="2E23C427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Lengkap, tepat, konsisten, dan terjustifikasi.</w:t>
            </w:r>
          </w:p>
        </w:tc>
        <w:tc>
          <w:tcPr>
            <w:tcW w:w="2030" w:type="dxa"/>
            <w:vAlign w:val="center"/>
          </w:tcPr>
          <w:p w14:paraId="2D28E509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>Memadai dengan kekurangan minor.</w:t>
            </w:r>
          </w:p>
        </w:tc>
        <w:tc>
          <w:tcPr>
            <w:tcW w:w="2050" w:type="dxa"/>
            <w:vAlign w:val="center"/>
          </w:tcPr>
          <w:p w14:paraId="14E74E15" w14:textId="77777777" w:rsidR="006D4AD2" w:rsidRDefault="00F339D6">
            <w:pPr>
              <w:spacing w:after="0" w:line="240" w:lineRule="auto"/>
            </w:pPr>
            <w:r>
              <w:rPr>
                <w:sz w:val="16"/>
              </w:rPr>
              <w:t xml:space="preserve">Tidak </w:t>
            </w:r>
            <w:r>
              <w:rPr>
                <w:sz w:val="16"/>
              </w:rPr>
              <w:t>lengkap, tidak konsisten, atau tanpa bukti.</w:t>
            </w:r>
          </w:p>
        </w:tc>
      </w:tr>
    </w:tbl>
    <w:p w14:paraId="2C713701" w14:textId="77777777" w:rsidR="006D4AD2" w:rsidRDefault="00F339D6">
      <w:pPr>
        <w:pStyle w:val="Heading2"/>
      </w:pPr>
      <w:r>
        <w:t>I. Refleksi Individu</w:t>
      </w:r>
    </w:p>
    <w:p w14:paraId="0E57F489" w14:textId="77777777" w:rsidR="006D4AD2" w:rsidRDefault="00F339D6">
      <w:r>
        <w:rPr>
          <w:b/>
          <w:color w:val="0B2545"/>
          <w:sz w:val="18"/>
        </w:rPr>
        <w:t>Keputusan apa yang paling kuat dan mengapa?</w:t>
      </w:r>
      <w:r>
        <w:br/>
        <w:t>........................................................................................................................................</w:t>
      </w:r>
      <w:r>
        <w:br/>
        <w:t>.........</w:t>
      </w:r>
      <w:r>
        <w:t>...............................................................................................................................</w:t>
      </w:r>
    </w:p>
    <w:p w14:paraId="5F4CF712" w14:textId="77777777" w:rsidR="006D4AD2" w:rsidRDefault="00F339D6">
      <w:r>
        <w:rPr>
          <w:b/>
          <w:color w:val="0B2545"/>
          <w:sz w:val="18"/>
        </w:rPr>
        <w:t>Asumsi apa yang masih perlu dibuktikan?</w:t>
      </w:r>
      <w:r>
        <w:br/>
        <w:t>........................................................................................</w:t>
      </w:r>
      <w:r>
        <w:t>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26AF5C6F" w14:textId="77777777" w:rsidR="006D4AD2" w:rsidRDefault="00F339D6">
      <w:r>
        <w:rPr>
          <w:b/>
          <w:color w:val="0B2545"/>
          <w:sz w:val="18"/>
        </w:rPr>
        <w:t>Apa perubahan yang akan dilakukan pada iterasi berikutnya?</w:t>
      </w:r>
      <w:r>
        <w:br/>
        <w:t>...........</w:t>
      </w:r>
      <w:r>
        <w:t>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</w:t>
      </w:r>
      <w:r>
        <w:t>......</w:t>
      </w:r>
    </w:p>
    <w:p w14:paraId="3079E192" w14:textId="77777777" w:rsidR="006D4AD2" w:rsidRDefault="00F339D6">
      <w:pPr>
        <w:pStyle w:val="Heading2"/>
      </w:pPr>
      <w:r>
        <w:t>J. Referensi Modul</w:t>
      </w:r>
    </w:p>
    <w:p w14:paraId="4ECF704F" w14:textId="77777777" w:rsidR="006D4AD2" w:rsidRDefault="00F339D6">
      <w:pPr>
        <w:pStyle w:val="ListBullet"/>
        <w:keepLines/>
      </w:pPr>
      <w:r>
        <w:t>Garrett, J. J. (2011). The Elements of User Experience. New Riders.</w:t>
      </w:r>
    </w:p>
    <w:p w14:paraId="0714717A" w14:textId="77777777" w:rsidR="006D4AD2" w:rsidRDefault="00F339D6">
      <w:pPr>
        <w:pStyle w:val="ListBullet"/>
        <w:keepLines/>
      </w:pPr>
      <w:r>
        <w:t>Norman, D. A. (2013). The Design of Everyday Things. Basic Books.</w:t>
      </w:r>
    </w:p>
    <w:p w14:paraId="36520294" w14:textId="77777777" w:rsidR="006D4AD2" w:rsidRDefault="00F339D6">
      <w:pPr>
        <w:pStyle w:val="ListBullet"/>
        <w:keepLines/>
      </w:pPr>
      <w:r>
        <w:t>Nielsen Norman Group. Usability Heuristics and UX Research Guidance.</w:t>
      </w:r>
    </w:p>
    <w:p w14:paraId="0339B685" w14:textId="77777777" w:rsidR="006D4AD2" w:rsidRDefault="00F339D6">
      <w:pPr>
        <w:pStyle w:val="ListBullet"/>
        <w:keepLines/>
      </w:pPr>
      <w:r>
        <w:t>W3C. Web Content Accessibil</w:t>
      </w:r>
      <w:r>
        <w:t>ity Guidelines (WCAG).</w:t>
      </w:r>
    </w:p>
    <w:p w14:paraId="581BBC1F" w14:textId="77777777" w:rsidR="006D4AD2" w:rsidRDefault="00F339D6">
      <w:pPr>
        <w:pStyle w:val="ListBullet"/>
        <w:keepLines/>
      </w:pPr>
      <w:r>
        <w:t>Google Material Design 3 dan Apple Human Interface Guidelines.</w:t>
      </w:r>
    </w:p>
    <w:sectPr w:rsidR="006D4AD2" w:rsidSect="00034616">
      <w:headerReference w:type="default" r:id="rId24"/>
      <w:footerReference w:type="default" r:id="rId25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FF69D" w14:textId="77777777" w:rsidR="00F339D6" w:rsidRDefault="00F339D6">
      <w:pPr>
        <w:spacing w:after="0" w:line="240" w:lineRule="auto"/>
      </w:pPr>
      <w:r>
        <w:separator/>
      </w:r>
    </w:p>
  </w:endnote>
  <w:endnote w:type="continuationSeparator" w:id="0">
    <w:p w14:paraId="437CFF4A" w14:textId="77777777" w:rsidR="00F339D6" w:rsidRDefault="00F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854B" w14:textId="77777777" w:rsidR="006D4AD2" w:rsidRDefault="00F339D6">
    <w:pPr>
      <w:pStyle w:val="Footer"/>
      <w:jc w:val="right"/>
    </w:pPr>
    <w:r>
      <w:rPr>
        <w:color w:val="5B6573"/>
        <w:sz w:val="16"/>
      </w:rPr>
      <w:t xml:space="preserve">Halaman </w:t>
    </w:r>
    <w:r>
      <w:rPr>
        <w:color w:val="5B6573"/>
        <w:sz w:val="16"/>
      </w:rPr>
      <w:fldChar w:fldCharType="begin"/>
    </w:r>
    <w:r>
      <w:rPr>
        <w:color w:val="5B6573"/>
        <w:sz w:val="16"/>
      </w:rPr>
      <w:instrText>PAGE</w:instrText>
    </w:r>
    <w:r w:rsidR="00A626B0">
      <w:rPr>
        <w:color w:val="5B6573"/>
        <w:sz w:val="16"/>
      </w:rPr>
      <w:fldChar w:fldCharType="separate"/>
    </w:r>
    <w:r w:rsidR="00A626B0">
      <w:rPr>
        <w:noProof/>
        <w:color w:val="5B6573"/>
        <w:sz w:val="16"/>
      </w:rPr>
      <w:t>1</w:t>
    </w:r>
    <w:r>
      <w:rPr>
        <w:color w:val="5B65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041B2" w14:textId="77777777" w:rsidR="00F339D6" w:rsidRDefault="00F339D6">
      <w:pPr>
        <w:spacing w:after="0" w:line="240" w:lineRule="auto"/>
      </w:pPr>
      <w:r>
        <w:separator/>
      </w:r>
    </w:p>
  </w:footnote>
  <w:footnote w:type="continuationSeparator" w:id="0">
    <w:p w14:paraId="73614404" w14:textId="77777777" w:rsidR="00F339D6" w:rsidRDefault="00F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84B6" w14:textId="77777777" w:rsidR="006D4AD2" w:rsidRDefault="00F339D6">
    <w:pPr>
      <w:pStyle w:val="Header"/>
    </w:pPr>
    <w:r>
      <w:rPr>
        <w:b/>
        <w:color w:val="5B6573"/>
        <w:sz w:val="16"/>
      </w:rPr>
      <w:t>MODUL PRAKTIKUM  |  UI DAN UX DESAIN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46C9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4AD2"/>
    <w:rsid w:val="00A626B0"/>
    <w:rsid w:val="00AA1D8D"/>
    <w:rsid w:val="00B47730"/>
    <w:rsid w:val="00CB0664"/>
    <w:rsid w:val="00F339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196DC3"/>
  <w14:defaultImageDpi w14:val="300"/>
  <w15:docId w15:val="{5863239F-79F7-4266-976F-AC2BF7C0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B4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155EE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155EE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0B25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14288</Words>
  <Characters>81448</Characters>
  <Application>Microsoft Office Word</Application>
  <DocSecurity>0</DocSecurity>
  <Lines>678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Praktikum UI dan UX Desain</dc:title>
  <dc:subject>Program Studi Desain Komunikasi Visual - 4 SKS - Berbasis OBE</dc:subject>
  <dc:creator>Program Studi Desain Komunikasi Visual</dc:creator>
  <cp:keywords/>
  <dc:description>generated by python-docx</dc:description>
  <cp:lastModifiedBy>Abdi Darmawan</cp:lastModifiedBy>
  <cp:revision>3</cp:revision>
  <dcterms:created xsi:type="dcterms:W3CDTF">2013-12-23T23:15:00Z</dcterms:created>
  <dcterms:modified xsi:type="dcterms:W3CDTF">2026-09-10T02:36:00Z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c73cf02e-3a9d-4129-b59a-aa1a4baef1e2</vt:lpwstr>
  </property>
</Properties>
</file>