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2ED93" w14:textId="77777777" w:rsidR="00525013" w:rsidRDefault="00B32A2B" w:rsidP="00B32A2B">
      <w:pPr>
        <w:jc w:val="both"/>
      </w:pPr>
      <w:r>
        <w:rPr>
          <w:b/>
          <w:sz w:val="32"/>
        </w:rPr>
        <w:t>MINUTE OF MEETING – EMPATHY MAP</w:t>
      </w:r>
    </w:p>
    <w:p w14:paraId="00212B40" w14:textId="77777777" w:rsidR="00525013" w:rsidRPr="00B32A2B" w:rsidRDefault="00B32A2B" w:rsidP="00B32A2B">
      <w:pPr>
        <w:pStyle w:val="Heading2"/>
        <w:jc w:val="both"/>
        <w:rPr>
          <w:rFonts w:ascii="Verdana" w:hAnsi="Verdana"/>
          <w:color w:val="auto"/>
        </w:rPr>
      </w:pPr>
      <w:r w:rsidRPr="00B32A2B">
        <w:rPr>
          <w:rFonts w:ascii="Verdana" w:hAnsi="Verdana"/>
          <w:color w:val="auto"/>
        </w:rPr>
        <w:t>1. Profil Pengguna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525013" w14:paraId="1EA7EBAE" w14:textId="77777777">
        <w:trPr>
          <w:jc w:val="center"/>
        </w:trPr>
        <w:tc>
          <w:tcPr>
            <w:tcW w:w="4320" w:type="dxa"/>
            <w:vAlign w:val="center"/>
          </w:tcPr>
          <w:p w14:paraId="1384D9B2" w14:textId="77777777" w:rsidR="00525013" w:rsidRDefault="00B32A2B" w:rsidP="00B32A2B">
            <w:pPr>
              <w:jc w:val="both"/>
            </w:pPr>
            <w:r>
              <w:rPr>
                <w:b/>
              </w:rPr>
              <w:t>Identitas</w:t>
            </w:r>
          </w:p>
        </w:tc>
        <w:tc>
          <w:tcPr>
            <w:tcW w:w="4320" w:type="dxa"/>
            <w:vAlign w:val="center"/>
          </w:tcPr>
          <w:p w14:paraId="6AA031EB" w14:textId="77777777" w:rsidR="00525013" w:rsidRDefault="00B32A2B" w:rsidP="00B32A2B">
            <w:pPr>
              <w:jc w:val="both"/>
            </w:pPr>
            <w:r>
              <w:rPr>
                <w:b/>
              </w:rPr>
              <w:t>Keterangan</w:t>
            </w:r>
          </w:p>
        </w:tc>
      </w:tr>
      <w:tr w:rsidR="00525013" w14:paraId="0FF7AD94" w14:textId="77777777">
        <w:trPr>
          <w:jc w:val="center"/>
        </w:trPr>
        <w:tc>
          <w:tcPr>
            <w:tcW w:w="4320" w:type="dxa"/>
            <w:vAlign w:val="center"/>
          </w:tcPr>
          <w:p w14:paraId="2B094010" w14:textId="77777777" w:rsidR="00525013" w:rsidRDefault="00B32A2B" w:rsidP="00B32A2B">
            <w:pPr>
              <w:jc w:val="both"/>
            </w:pPr>
            <w:r>
              <w:t>Nama</w:t>
            </w:r>
          </w:p>
        </w:tc>
        <w:tc>
          <w:tcPr>
            <w:tcW w:w="4320" w:type="dxa"/>
            <w:vAlign w:val="center"/>
          </w:tcPr>
          <w:p w14:paraId="1CEB7517" w14:textId="77777777" w:rsidR="00525013" w:rsidRDefault="00B32A2B" w:rsidP="00B32A2B">
            <w:pPr>
              <w:jc w:val="both"/>
            </w:pPr>
            <w:r>
              <w:t>Sarah</w:t>
            </w:r>
          </w:p>
        </w:tc>
      </w:tr>
      <w:tr w:rsidR="00525013" w14:paraId="46BD1802" w14:textId="77777777">
        <w:trPr>
          <w:jc w:val="center"/>
        </w:trPr>
        <w:tc>
          <w:tcPr>
            <w:tcW w:w="4320" w:type="dxa"/>
            <w:vAlign w:val="center"/>
          </w:tcPr>
          <w:p w14:paraId="2BCABF6A" w14:textId="77777777" w:rsidR="00525013" w:rsidRDefault="00B32A2B" w:rsidP="00B32A2B">
            <w:pPr>
              <w:jc w:val="both"/>
            </w:pPr>
            <w:r>
              <w:t>Usia</w:t>
            </w:r>
          </w:p>
        </w:tc>
        <w:tc>
          <w:tcPr>
            <w:tcW w:w="4320" w:type="dxa"/>
            <w:vAlign w:val="center"/>
          </w:tcPr>
          <w:p w14:paraId="1C1E0546" w14:textId="77777777" w:rsidR="00525013" w:rsidRDefault="00B32A2B" w:rsidP="00B32A2B">
            <w:pPr>
              <w:jc w:val="both"/>
            </w:pPr>
            <w:r>
              <w:t>18 tahun</w:t>
            </w:r>
          </w:p>
        </w:tc>
      </w:tr>
      <w:tr w:rsidR="00525013" w14:paraId="2083F0F3" w14:textId="77777777">
        <w:trPr>
          <w:jc w:val="center"/>
        </w:trPr>
        <w:tc>
          <w:tcPr>
            <w:tcW w:w="4320" w:type="dxa"/>
            <w:vAlign w:val="center"/>
          </w:tcPr>
          <w:p w14:paraId="5F4EECCD" w14:textId="77777777" w:rsidR="00525013" w:rsidRDefault="00B32A2B" w:rsidP="00B32A2B">
            <w:pPr>
              <w:jc w:val="both"/>
            </w:pPr>
            <w:r>
              <w:t>Status</w:t>
            </w:r>
          </w:p>
        </w:tc>
        <w:tc>
          <w:tcPr>
            <w:tcW w:w="4320" w:type="dxa"/>
            <w:vAlign w:val="center"/>
          </w:tcPr>
          <w:p w14:paraId="71DF59C6" w14:textId="77777777" w:rsidR="00525013" w:rsidRDefault="00B32A2B" w:rsidP="00B32A2B">
            <w:pPr>
              <w:jc w:val="both"/>
            </w:pPr>
            <w:r>
              <w:t>Siswi kelas 3 SMA</w:t>
            </w:r>
          </w:p>
        </w:tc>
      </w:tr>
      <w:tr w:rsidR="00525013" w14:paraId="468C8F5C" w14:textId="77777777">
        <w:trPr>
          <w:jc w:val="center"/>
        </w:trPr>
        <w:tc>
          <w:tcPr>
            <w:tcW w:w="4320" w:type="dxa"/>
            <w:vAlign w:val="center"/>
          </w:tcPr>
          <w:p w14:paraId="00BF6309" w14:textId="77777777" w:rsidR="00525013" w:rsidRDefault="00B32A2B" w:rsidP="00B32A2B">
            <w:pPr>
              <w:jc w:val="both"/>
            </w:pPr>
            <w:r>
              <w:t>Jenis Sekolah</w:t>
            </w:r>
          </w:p>
        </w:tc>
        <w:tc>
          <w:tcPr>
            <w:tcW w:w="4320" w:type="dxa"/>
            <w:vAlign w:val="center"/>
          </w:tcPr>
          <w:p w14:paraId="4947120E" w14:textId="77777777" w:rsidR="00525013" w:rsidRDefault="00B32A2B" w:rsidP="00B32A2B">
            <w:pPr>
              <w:jc w:val="both"/>
            </w:pPr>
            <w:r>
              <w:t>SMA Islam Terpadu</w:t>
            </w:r>
          </w:p>
        </w:tc>
      </w:tr>
      <w:tr w:rsidR="00525013" w14:paraId="1F462F62" w14:textId="77777777">
        <w:trPr>
          <w:jc w:val="center"/>
        </w:trPr>
        <w:tc>
          <w:tcPr>
            <w:tcW w:w="4320" w:type="dxa"/>
            <w:vAlign w:val="center"/>
          </w:tcPr>
          <w:p w14:paraId="19648D6C" w14:textId="77777777" w:rsidR="00525013" w:rsidRDefault="00B32A2B" w:rsidP="00B32A2B">
            <w:pPr>
              <w:jc w:val="both"/>
            </w:pPr>
            <w:r>
              <w:t>Urutan Anak</w:t>
            </w:r>
          </w:p>
        </w:tc>
        <w:tc>
          <w:tcPr>
            <w:tcW w:w="4320" w:type="dxa"/>
            <w:vAlign w:val="center"/>
          </w:tcPr>
          <w:p w14:paraId="41922946" w14:textId="77777777" w:rsidR="00525013" w:rsidRDefault="00B32A2B" w:rsidP="00B32A2B">
            <w:pPr>
              <w:jc w:val="both"/>
            </w:pPr>
            <w:r>
              <w:t>Anak pertama dari 3 bersaudara</w:t>
            </w:r>
          </w:p>
        </w:tc>
      </w:tr>
      <w:tr w:rsidR="00525013" w14:paraId="033B6E13" w14:textId="77777777">
        <w:trPr>
          <w:jc w:val="center"/>
        </w:trPr>
        <w:tc>
          <w:tcPr>
            <w:tcW w:w="4320" w:type="dxa"/>
            <w:vAlign w:val="center"/>
          </w:tcPr>
          <w:p w14:paraId="62948AFB" w14:textId="77777777" w:rsidR="00525013" w:rsidRDefault="00B32A2B" w:rsidP="00B32A2B">
            <w:pPr>
              <w:jc w:val="both"/>
            </w:pPr>
            <w:r>
              <w:t>Kondisi Saat Ini</w:t>
            </w:r>
          </w:p>
        </w:tc>
        <w:tc>
          <w:tcPr>
            <w:tcW w:w="4320" w:type="dxa"/>
            <w:vAlign w:val="center"/>
          </w:tcPr>
          <w:p w14:paraId="77A4AADA" w14:textId="77777777" w:rsidR="00525013" w:rsidRDefault="00B32A2B" w:rsidP="00B32A2B">
            <w:pPr>
              <w:jc w:val="both"/>
            </w:pPr>
            <w:r>
              <w:t xml:space="preserve">Sedang mempersiapkan diri </w:t>
            </w:r>
            <w:r>
              <w:t>untuk mengikuti ujian masuk perguruan tinggi</w:t>
            </w:r>
          </w:p>
        </w:tc>
      </w:tr>
      <w:tr w:rsidR="00525013" w14:paraId="648EF76B" w14:textId="77777777">
        <w:trPr>
          <w:jc w:val="center"/>
        </w:trPr>
        <w:tc>
          <w:tcPr>
            <w:tcW w:w="4320" w:type="dxa"/>
            <w:vAlign w:val="center"/>
          </w:tcPr>
          <w:p w14:paraId="19FA9291" w14:textId="77777777" w:rsidR="00525013" w:rsidRDefault="00B32A2B" w:rsidP="00B32A2B">
            <w:pPr>
              <w:jc w:val="both"/>
            </w:pPr>
            <w:r>
              <w:t>Aktivitas Utama</w:t>
            </w:r>
          </w:p>
        </w:tc>
        <w:tc>
          <w:tcPr>
            <w:tcW w:w="4320" w:type="dxa"/>
            <w:vAlign w:val="center"/>
          </w:tcPr>
          <w:p w14:paraId="3CD578FB" w14:textId="77777777" w:rsidR="00525013" w:rsidRDefault="00B32A2B" w:rsidP="00B32A2B">
            <w:pPr>
              <w:jc w:val="both"/>
            </w:pPr>
            <w:r>
              <w:t>Belajar, menggambar, membaca, menghafal Al-Qur'an, dan bermain game online</w:t>
            </w:r>
          </w:p>
        </w:tc>
      </w:tr>
      <w:tr w:rsidR="00525013" w14:paraId="2BC086D9" w14:textId="77777777">
        <w:trPr>
          <w:jc w:val="center"/>
        </w:trPr>
        <w:tc>
          <w:tcPr>
            <w:tcW w:w="4320" w:type="dxa"/>
            <w:vAlign w:val="center"/>
          </w:tcPr>
          <w:p w14:paraId="5BB6B396" w14:textId="77777777" w:rsidR="00525013" w:rsidRDefault="00B32A2B" w:rsidP="00B32A2B">
            <w:pPr>
              <w:jc w:val="both"/>
            </w:pPr>
            <w:r>
              <w:t>Perangkat Digital</w:t>
            </w:r>
          </w:p>
        </w:tc>
        <w:tc>
          <w:tcPr>
            <w:tcW w:w="4320" w:type="dxa"/>
            <w:vAlign w:val="center"/>
          </w:tcPr>
          <w:p w14:paraId="0B147B08" w14:textId="77777777" w:rsidR="00525013" w:rsidRDefault="00B32A2B" w:rsidP="00B32A2B">
            <w:pPr>
              <w:jc w:val="both"/>
            </w:pPr>
            <w:r>
              <w:t>Laptop untuk belajar dan bermain game online</w:t>
            </w:r>
          </w:p>
        </w:tc>
      </w:tr>
      <w:tr w:rsidR="00525013" w14:paraId="5D95EF2D" w14:textId="77777777">
        <w:trPr>
          <w:jc w:val="center"/>
        </w:trPr>
        <w:tc>
          <w:tcPr>
            <w:tcW w:w="4320" w:type="dxa"/>
            <w:vAlign w:val="center"/>
          </w:tcPr>
          <w:p w14:paraId="1401FB5E" w14:textId="77777777" w:rsidR="00525013" w:rsidRDefault="00B32A2B" w:rsidP="00B32A2B">
            <w:pPr>
              <w:jc w:val="both"/>
            </w:pPr>
            <w:r>
              <w:t>Hobi/Kebiasaan</w:t>
            </w:r>
          </w:p>
        </w:tc>
        <w:tc>
          <w:tcPr>
            <w:tcW w:w="4320" w:type="dxa"/>
            <w:vAlign w:val="center"/>
          </w:tcPr>
          <w:p w14:paraId="2B14F208" w14:textId="77777777" w:rsidR="00525013" w:rsidRDefault="00B32A2B" w:rsidP="00B32A2B">
            <w:pPr>
              <w:jc w:val="both"/>
            </w:pPr>
            <w:r>
              <w:t xml:space="preserve">Menggambar, membaca, menghafal </w:t>
            </w:r>
            <w:r>
              <w:t>Al-Qur'an, dan bermain game online</w:t>
            </w:r>
          </w:p>
        </w:tc>
      </w:tr>
      <w:tr w:rsidR="00525013" w14:paraId="5931A0DA" w14:textId="77777777">
        <w:trPr>
          <w:jc w:val="center"/>
        </w:trPr>
        <w:tc>
          <w:tcPr>
            <w:tcW w:w="4320" w:type="dxa"/>
            <w:vAlign w:val="center"/>
          </w:tcPr>
          <w:p w14:paraId="5C057C1E" w14:textId="77777777" w:rsidR="00525013" w:rsidRDefault="00B32A2B" w:rsidP="00B32A2B">
            <w:pPr>
              <w:jc w:val="both"/>
            </w:pPr>
            <w:r>
              <w:t>Preferensi Warna</w:t>
            </w:r>
          </w:p>
        </w:tc>
        <w:tc>
          <w:tcPr>
            <w:tcW w:w="4320" w:type="dxa"/>
            <w:vAlign w:val="center"/>
          </w:tcPr>
          <w:p w14:paraId="597784E1" w14:textId="1D6BFBDA" w:rsidR="00525013" w:rsidRDefault="00B32A2B" w:rsidP="00B32A2B">
            <w:pPr>
              <w:jc w:val="both"/>
            </w:pPr>
            <w:r>
              <w:t xml:space="preserve">Menyukai warna </w:t>
            </w:r>
            <w:r>
              <w:t>earth tone</w:t>
            </w:r>
          </w:p>
        </w:tc>
      </w:tr>
      <w:tr w:rsidR="00525013" w14:paraId="7DFE814B" w14:textId="77777777">
        <w:trPr>
          <w:jc w:val="center"/>
        </w:trPr>
        <w:tc>
          <w:tcPr>
            <w:tcW w:w="4320" w:type="dxa"/>
            <w:vAlign w:val="center"/>
          </w:tcPr>
          <w:p w14:paraId="5FF4A15C" w14:textId="77777777" w:rsidR="00525013" w:rsidRDefault="00B32A2B" w:rsidP="00B32A2B">
            <w:pPr>
              <w:jc w:val="both"/>
            </w:pPr>
            <w:r>
              <w:t>Warna yang Tidak Disukai</w:t>
            </w:r>
          </w:p>
        </w:tc>
        <w:tc>
          <w:tcPr>
            <w:tcW w:w="4320" w:type="dxa"/>
            <w:vAlign w:val="center"/>
          </w:tcPr>
          <w:p w14:paraId="46DF4247" w14:textId="77777777" w:rsidR="00525013" w:rsidRDefault="00B32A2B" w:rsidP="00B32A2B">
            <w:pPr>
              <w:jc w:val="both"/>
            </w:pPr>
            <w:r>
              <w:t>Warna-warna terang</w:t>
            </w:r>
          </w:p>
        </w:tc>
      </w:tr>
      <w:tr w:rsidR="00525013" w14:paraId="75996BCA" w14:textId="77777777">
        <w:trPr>
          <w:jc w:val="center"/>
        </w:trPr>
        <w:tc>
          <w:tcPr>
            <w:tcW w:w="4320" w:type="dxa"/>
            <w:vAlign w:val="center"/>
          </w:tcPr>
          <w:p w14:paraId="27B322D8" w14:textId="77777777" w:rsidR="00525013" w:rsidRDefault="00B32A2B" w:rsidP="00B32A2B">
            <w:pPr>
              <w:jc w:val="both"/>
            </w:pPr>
            <w:r>
              <w:t>Kebutuhan Khusus</w:t>
            </w:r>
          </w:p>
        </w:tc>
        <w:tc>
          <w:tcPr>
            <w:tcW w:w="4320" w:type="dxa"/>
            <w:vAlign w:val="center"/>
          </w:tcPr>
          <w:p w14:paraId="1E4C710B" w14:textId="77777777" w:rsidR="00525013" w:rsidRDefault="00B32A2B" w:rsidP="00B32A2B">
            <w:pPr>
              <w:jc w:val="both"/>
            </w:pPr>
            <w:r>
              <w:t>Membutuhkan ruang yang dapat mengakomodasi berbagai aktivitas serta furniture multifungsi</w:t>
            </w:r>
          </w:p>
        </w:tc>
      </w:tr>
      <w:tr w:rsidR="00525013" w14:paraId="0622E23C" w14:textId="77777777">
        <w:trPr>
          <w:jc w:val="center"/>
        </w:trPr>
        <w:tc>
          <w:tcPr>
            <w:tcW w:w="4320" w:type="dxa"/>
            <w:vAlign w:val="center"/>
          </w:tcPr>
          <w:p w14:paraId="19C91873" w14:textId="77777777" w:rsidR="00525013" w:rsidRDefault="00B32A2B" w:rsidP="00B32A2B">
            <w:pPr>
              <w:jc w:val="both"/>
            </w:pPr>
            <w:r>
              <w:t>Permasalahan Utama</w:t>
            </w:r>
          </w:p>
        </w:tc>
        <w:tc>
          <w:tcPr>
            <w:tcW w:w="4320" w:type="dxa"/>
            <w:vAlign w:val="center"/>
          </w:tcPr>
          <w:p w14:paraId="52BBB530" w14:textId="77777777" w:rsidR="00525013" w:rsidRDefault="00B32A2B" w:rsidP="00B32A2B">
            <w:pPr>
              <w:jc w:val="both"/>
            </w:pPr>
            <w:r>
              <w:t>Kondisi kamar saat ini belum mampu mewadahi seluruh aktivitas Sarah secara optimal</w:t>
            </w:r>
          </w:p>
        </w:tc>
      </w:tr>
    </w:tbl>
    <w:p w14:paraId="034DCB94" w14:textId="77777777" w:rsidR="00525013" w:rsidRPr="00B32A2B" w:rsidRDefault="00B32A2B" w:rsidP="00B32A2B">
      <w:pPr>
        <w:pStyle w:val="Heading2"/>
        <w:jc w:val="both"/>
        <w:rPr>
          <w:rFonts w:ascii="Verdana" w:hAnsi="Verdana"/>
          <w:color w:val="auto"/>
        </w:rPr>
      </w:pPr>
      <w:r w:rsidRPr="00B32A2B">
        <w:rPr>
          <w:rFonts w:ascii="Verdana" w:hAnsi="Verdana"/>
          <w:color w:val="auto"/>
        </w:rPr>
        <w:t>2. Latar Belakang Pengguna</w:t>
      </w:r>
    </w:p>
    <w:p w14:paraId="5A878D95" w14:textId="603FC248" w:rsidR="00525013" w:rsidRDefault="00B32A2B" w:rsidP="00B32A2B">
      <w:pPr>
        <w:jc w:val="both"/>
      </w:pPr>
      <w:r>
        <w:t xml:space="preserve">Sarah merupakan seorang siswi kelas 3 SMA berusia 18 tahun dan merupakan anak pertama dari tiga bersaudara. Sarah bersekolah di </w:t>
      </w:r>
      <w:r>
        <w:t>SMA Islam Terpa</w:t>
      </w:r>
      <w:r>
        <w:t>du</w:t>
      </w:r>
      <w:r>
        <w:t xml:space="preserve"> dengan aktivitas keseharian yang cukup beragam. Selain menjalankan aktivitas akademik, Sarah memiliki kebiasaan menggambar, membaca, dan menghafal Al-Qur'an. Pada waktu luang, Sarah juga bermain game online menggunakan laptop.</w:t>
      </w:r>
    </w:p>
    <w:p w14:paraId="1D4F7C67" w14:textId="081E7C55" w:rsidR="00525013" w:rsidRDefault="00B32A2B" w:rsidP="00B32A2B">
      <w:pPr>
        <w:jc w:val="both"/>
      </w:pPr>
      <w:r>
        <w:t xml:space="preserve">Saat ini Sarah </w:t>
      </w:r>
      <w:r>
        <w:t xml:space="preserve">sedang berada pada tahap </w:t>
      </w:r>
      <w:r>
        <w:t>persiapan ujian masuk perguruan tinggi</w:t>
      </w:r>
      <w:r>
        <w:t>, sehingga kebutuhan terhadap ruang belajar yang nyaman dan mendukung konsentrasi menjadi semakin penting. Kondisi kamar yang ada belum mampu mengakomodasi seluruh aktivitas tersebut secara</w:t>
      </w:r>
      <w:r>
        <w:t xml:space="preserve"> optimal karena berbagai kegiatan dilakukan dalam satu ruang dengan keterbatasan area dan fasilitas.</w:t>
      </w:r>
    </w:p>
    <w:p w14:paraId="0D643BC9" w14:textId="394D14D3" w:rsidR="00525013" w:rsidRDefault="00B32A2B" w:rsidP="00B32A2B">
      <w:pPr>
        <w:jc w:val="both"/>
      </w:pPr>
      <w:r>
        <w:t xml:space="preserve">Sarah membutuhkan kamar yang tidak hanya berfungsi sebagai tempat beristirahat, tetapi juga sebagai </w:t>
      </w:r>
      <w:r>
        <w:t>ruang belajar, ruang kreativitas, ruang membaca, ruan</w:t>
      </w:r>
      <w:r>
        <w:t>g menghafal Al-Qur'an, dan ruang hiburan</w:t>
      </w:r>
      <w:r>
        <w:t>. Oleh karena itu, penggunaan furniture multifungsi menjadi salah satu kebutuhan penting dalam perancangan agar berbagai aktivitas dapat dilakukan secara efisien tanpa membuat kamar terasa penuh.</w:t>
      </w:r>
    </w:p>
    <w:p w14:paraId="5956429E" w14:textId="1C5541C5" w:rsidR="00525013" w:rsidRDefault="00B32A2B" w:rsidP="00B32A2B">
      <w:pPr>
        <w:jc w:val="both"/>
      </w:pPr>
      <w:r>
        <w:lastRenderedPageBreak/>
        <w:t>Dari sisi estetika</w:t>
      </w:r>
      <w:r>
        <w:t xml:space="preserve">, Sarah menyukai karakter warna </w:t>
      </w:r>
      <w:r>
        <w:t>earth tone</w:t>
      </w:r>
      <w:r>
        <w:t xml:space="preserve"> dan tidak menyukai warna yang terlalu terang. Preferensi tersebut menjadi dasar dalam menentukan karakter visual ruang agar tercipta suasana yang hangat, tenang, nyaman, dan sesuai dengan karakter pengguna.</w:t>
      </w:r>
    </w:p>
    <w:p w14:paraId="5D4694DE" w14:textId="77777777" w:rsidR="00525013" w:rsidRPr="00B32A2B" w:rsidRDefault="00B32A2B" w:rsidP="00B32A2B">
      <w:pPr>
        <w:pStyle w:val="Heading2"/>
        <w:jc w:val="both"/>
        <w:rPr>
          <w:rFonts w:ascii="Verdana" w:hAnsi="Verdana"/>
          <w:color w:val="auto"/>
        </w:rPr>
      </w:pPr>
      <w:r w:rsidRPr="00B32A2B">
        <w:rPr>
          <w:rFonts w:ascii="Verdana" w:hAnsi="Verdana"/>
          <w:color w:val="auto"/>
        </w:rPr>
        <w:t>3.</w:t>
      </w:r>
      <w:r w:rsidRPr="00B32A2B">
        <w:rPr>
          <w:rFonts w:ascii="Verdana" w:hAnsi="Verdana"/>
          <w:color w:val="auto"/>
        </w:rPr>
        <w:t xml:space="preserve"> Empathy Map Sarah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525013" w14:paraId="7EE67EFD" w14:textId="77777777">
        <w:trPr>
          <w:jc w:val="center"/>
        </w:trPr>
        <w:tc>
          <w:tcPr>
            <w:tcW w:w="4320" w:type="dxa"/>
            <w:vAlign w:val="center"/>
          </w:tcPr>
          <w:p w14:paraId="77C9F0F2" w14:textId="77777777" w:rsidR="00525013" w:rsidRDefault="00B32A2B" w:rsidP="00B32A2B">
            <w:pPr>
              <w:jc w:val="both"/>
            </w:pPr>
            <w:r>
              <w:rPr>
                <w:b/>
              </w:rPr>
              <w:t>Aspek</w:t>
            </w:r>
          </w:p>
        </w:tc>
        <w:tc>
          <w:tcPr>
            <w:tcW w:w="4320" w:type="dxa"/>
            <w:vAlign w:val="center"/>
          </w:tcPr>
          <w:p w14:paraId="192D6E20" w14:textId="77777777" w:rsidR="00525013" w:rsidRDefault="00B32A2B" w:rsidP="00B32A2B">
            <w:pPr>
              <w:jc w:val="both"/>
            </w:pPr>
            <w:r>
              <w:rPr>
                <w:b/>
              </w:rPr>
              <w:t>Hasil Identifikasi</w:t>
            </w:r>
          </w:p>
        </w:tc>
      </w:tr>
      <w:tr w:rsidR="00525013" w14:paraId="4BF6EFB0" w14:textId="77777777">
        <w:trPr>
          <w:jc w:val="center"/>
        </w:trPr>
        <w:tc>
          <w:tcPr>
            <w:tcW w:w="4320" w:type="dxa"/>
            <w:vAlign w:val="center"/>
          </w:tcPr>
          <w:p w14:paraId="6BA2A70B" w14:textId="675B73AF" w:rsidR="00525013" w:rsidRDefault="00B32A2B" w:rsidP="00B32A2B">
            <w:pPr>
              <w:jc w:val="both"/>
            </w:pPr>
            <w:r>
              <w:t>SAYS</w:t>
            </w:r>
            <w:r>
              <w:br/>
              <w:t>(Apa yang dikatakan)</w:t>
            </w:r>
          </w:p>
        </w:tc>
        <w:tc>
          <w:tcPr>
            <w:tcW w:w="4320" w:type="dxa"/>
            <w:vAlign w:val="center"/>
          </w:tcPr>
          <w:p w14:paraId="59EF4A01" w14:textId="77777777" w:rsidR="00525013" w:rsidRDefault="00B32A2B" w:rsidP="00B32A2B">
            <w:pPr>
              <w:jc w:val="both"/>
            </w:pPr>
            <w:r>
              <w:t>Sarah menginginkan kamar yang dapat digunakan untuk berbagai aktivitas, terutama belajar karena sedang mempersiapkan ujian masuk perguruan tinggi. Sarah menyukai warna earth tone da</w:t>
            </w:r>
            <w:r>
              <w:t>n menginginkan furniture yang praktis serta multifungsi.</w:t>
            </w:r>
          </w:p>
        </w:tc>
      </w:tr>
      <w:tr w:rsidR="00525013" w14:paraId="653CAB1D" w14:textId="77777777">
        <w:trPr>
          <w:jc w:val="center"/>
        </w:trPr>
        <w:tc>
          <w:tcPr>
            <w:tcW w:w="4320" w:type="dxa"/>
            <w:vAlign w:val="center"/>
          </w:tcPr>
          <w:p w14:paraId="5B561F48" w14:textId="6FBC56C7" w:rsidR="00525013" w:rsidRDefault="00B32A2B" w:rsidP="00B32A2B">
            <w:pPr>
              <w:jc w:val="both"/>
            </w:pPr>
            <w:r>
              <w:t>THINKS</w:t>
            </w:r>
            <w:r>
              <w:br/>
              <w:t>(Apa yang dipikirkan)</w:t>
            </w:r>
          </w:p>
        </w:tc>
        <w:tc>
          <w:tcPr>
            <w:tcW w:w="4320" w:type="dxa"/>
            <w:vAlign w:val="center"/>
          </w:tcPr>
          <w:p w14:paraId="11FB0006" w14:textId="77777777" w:rsidR="00525013" w:rsidRDefault="00B32A2B" w:rsidP="00B32A2B">
            <w:pPr>
              <w:jc w:val="both"/>
            </w:pPr>
            <w:r>
              <w:t>Sarah memikirkan bagaimana satu kamar dapat digunakan untuk belajar, menggambar, membaca, menghafal Al-Qur'an, bermain game, dan beristirahat tanpa terasa sempit. Sa</w:t>
            </w:r>
            <w:r>
              <w:t>rah membutuhkan ruang yang mendukung konsentrasi dan tetap nyaman digunakan dalam waktu yang lama.</w:t>
            </w:r>
          </w:p>
        </w:tc>
      </w:tr>
      <w:tr w:rsidR="00525013" w14:paraId="2E547B21" w14:textId="77777777">
        <w:trPr>
          <w:jc w:val="center"/>
        </w:trPr>
        <w:tc>
          <w:tcPr>
            <w:tcW w:w="4320" w:type="dxa"/>
            <w:vAlign w:val="center"/>
          </w:tcPr>
          <w:p w14:paraId="637D5591" w14:textId="6F13B206" w:rsidR="00525013" w:rsidRDefault="00B32A2B" w:rsidP="00B32A2B">
            <w:pPr>
              <w:jc w:val="both"/>
            </w:pPr>
            <w:r>
              <w:t>DOES</w:t>
            </w:r>
            <w:r>
              <w:br/>
              <w:t>(Apa yang dilakukan)</w:t>
            </w:r>
          </w:p>
        </w:tc>
        <w:tc>
          <w:tcPr>
            <w:tcW w:w="4320" w:type="dxa"/>
            <w:vAlign w:val="center"/>
          </w:tcPr>
          <w:p w14:paraId="5A489A4E" w14:textId="77777777" w:rsidR="00525013" w:rsidRDefault="00B32A2B" w:rsidP="00B32A2B">
            <w:pPr>
              <w:jc w:val="both"/>
            </w:pPr>
            <w:r>
              <w:t>Sarah belajar untuk persiapan ujian, menggambar, membaca, menghafal Al-Qur'an, beristirahat, serta bermain game online menggun</w:t>
            </w:r>
            <w:r>
              <w:t>akan laptop. Sebagian besar aktivitas tersebut membutuhkan meja, tempat penyimpanan, dan area yang nyaman untuk dilakukan.</w:t>
            </w:r>
          </w:p>
        </w:tc>
      </w:tr>
      <w:tr w:rsidR="00525013" w14:paraId="05C16DB8" w14:textId="77777777">
        <w:trPr>
          <w:jc w:val="center"/>
        </w:trPr>
        <w:tc>
          <w:tcPr>
            <w:tcW w:w="4320" w:type="dxa"/>
            <w:vAlign w:val="center"/>
          </w:tcPr>
          <w:p w14:paraId="7A045DD4" w14:textId="15F8A6FD" w:rsidR="00525013" w:rsidRDefault="00B32A2B" w:rsidP="00B32A2B">
            <w:pPr>
              <w:jc w:val="both"/>
            </w:pPr>
            <w:r>
              <w:t>FEELS</w:t>
            </w:r>
            <w:r>
              <w:br/>
              <w:t>(Apa yang dirasakan)</w:t>
            </w:r>
          </w:p>
        </w:tc>
        <w:tc>
          <w:tcPr>
            <w:tcW w:w="4320" w:type="dxa"/>
            <w:vAlign w:val="center"/>
          </w:tcPr>
          <w:p w14:paraId="14907ABD" w14:textId="77777777" w:rsidR="00525013" w:rsidRDefault="00B32A2B" w:rsidP="00B32A2B">
            <w:pPr>
              <w:jc w:val="both"/>
            </w:pPr>
            <w:r>
              <w:t>Sarah membutuhkan suasana kamar yang tenang, nyaman, hangat, dan tidak terlalu ramai secara visual. K</w:t>
            </w:r>
            <w:r>
              <w:t>ondisi kamar yang belum mampu mengakomodasi seluruh aktivitas dapat membuat Sarah merasa kurang leluasa dalam melakukan kegiatan sehari-hari.</w:t>
            </w:r>
          </w:p>
        </w:tc>
      </w:tr>
      <w:tr w:rsidR="00525013" w14:paraId="7E8286AD" w14:textId="77777777">
        <w:trPr>
          <w:jc w:val="center"/>
        </w:trPr>
        <w:tc>
          <w:tcPr>
            <w:tcW w:w="4320" w:type="dxa"/>
            <w:vAlign w:val="center"/>
          </w:tcPr>
          <w:p w14:paraId="689AE324" w14:textId="32C9E90B" w:rsidR="00525013" w:rsidRDefault="00B32A2B" w:rsidP="00B32A2B">
            <w:pPr>
              <w:jc w:val="both"/>
            </w:pPr>
            <w:r>
              <w:t>PAIN</w:t>
            </w:r>
            <w:r>
              <w:br/>
              <w:t>(Permasalahan)</w:t>
            </w:r>
          </w:p>
        </w:tc>
        <w:tc>
          <w:tcPr>
            <w:tcW w:w="4320" w:type="dxa"/>
            <w:vAlign w:val="center"/>
          </w:tcPr>
          <w:p w14:paraId="1908B7DE" w14:textId="77777777" w:rsidR="00525013" w:rsidRDefault="00B32A2B" w:rsidP="00B32A2B">
            <w:pPr>
              <w:jc w:val="both"/>
            </w:pPr>
            <w:r>
              <w:t>Kamar saat ini belum mampu memenuhi kebutuhan berbagai aktivitas Sarah. Keterbatasan ruan</w:t>
            </w:r>
            <w:r>
              <w:t>g dapat menyebabkan beberapa aktivitas saling tumpang tindih. Penggunaan furniture yang tidak multifungsi juga berpotensi membuat ruang semakin penuh dan kurang terorganisasi.</w:t>
            </w:r>
          </w:p>
        </w:tc>
      </w:tr>
      <w:tr w:rsidR="00525013" w14:paraId="78DB2017" w14:textId="77777777">
        <w:trPr>
          <w:jc w:val="center"/>
        </w:trPr>
        <w:tc>
          <w:tcPr>
            <w:tcW w:w="4320" w:type="dxa"/>
            <w:vAlign w:val="center"/>
          </w:tcPr>
          <w:p w14:paraId="7075A28A" w14:textId="0EC336EE" w:rsidR="00525013" w:rsidRDefault="00B32A2B" w:rsidP="00B32A2B">
            <w:pPr>
              <w:jc w:val="both"/>
            </w:pPr>
            <w:r>
              <w:t>GAIN</w:t>
            </w:r>
            <w:r>
              <w:br/>
              <w:t>(Harapan/Kebutuhan)</w:t>
            </w:r>
          </w:p>
        </w:tc>
        <w:tc>
          <w:tcPr>
            <w:tcW w:w="4320" w:type="dxa"/>
            <w:vAlign w:val="center"/>
          </w:tcPr>
          <w:p w14:paraId="6BE98689" w14:textId="77777777" w:rsidR="00525013" w:rsidRDefault="00B32A2B" w:rsidP="00B32A2B">
            <w:pPr>
              <w:jc w:val="both"/>
            </w:pPr>
            <w:r>
              <w:t xml:space="preserve">Sarah membutuhkan kamar multifungsi yang </w:t>
            </w:r>
            <w:r>
              <w:t xml:space="preserve">dapat mewadahi aktivitas tidur, belajar, menggambar, membaca, menghafal Al-Qur'an, dan gaming. Kamar diharapkan memiliki furniture multifungsi, storage yang memadai, pembagian zona </w:t>
            </w:r>
            <w:r>
              <w:lastRenderedPageBreak/>
              <w:t>yang jelas, serta suasana earth tone yang nyaman dan mendukung konsentrasi.</w:t>
            </w:r>
          </w:p>
        </w:tc>
      </w:tr>
    </w:tbl>
    <w:p w14:paraId="2E5EF780" w14:textId="77777777" w:rsidR="00B32A2B" w:rsidRDefault="00B32A2B" w:rsidP="00B32A2B">
      <w:pPr>
        <w:pStyle w:val="Heading2"/>
        <w:jc w:val="both"/>
        <w:rPr>
          <w:rFonts w:ascii="Verdana" w:hAnsi="Verdana"/>
          <w:color w:val="auto"/>
        </w:rPr>
      </w:pPr>
    </w:p>
    <w:p w14:paraId="096B08F8" w14:textId="28AA7533" w:rsidR="00525013" w:rsidRPr="00B32A2B" w:rsidRDefault="00B32A2B" w:rsidP="00B32A2B">
      <w:pPr>
        <w:pStyle w:val="Heading2"/>
        <w:jc w:val="both"/>
        <w:rPr>
          <w:rFonts w:ascii="Verdana" w:hAnsi="Verdana"/>
          <w:color w:val="auto"/>
        </w:rPr>
      </w:pPr>
      <w:r w:rsidRPr="00B32A2B">
        <w:rPr>
          <w:rFonts w:ascii="Verdana" w:hAnsi="Verdana"/>
          <w:color w:val="auto"/>
        </w:rPr>
        <w:t>4. Sintesis Kebutuhan Perancangan</w:t>
      </w:r>
    </w:p>
    <w:p w14:paraId="6A43DA3F" w14:textId="676946B2" w:rsidR="00525013" w:rsidRDefault="00B32A2B" w:rsidP="00B32A2B">
      <w:pPr>
        <w:jc w:val="both"/>
      </w:pPr>
      <w:r>
        <w:t xml:space="preserve">Berdasarkan profil pengguna dan empathy map, kebutuhan perancangan kamar Sarah dapat diarahkan pada </w:t>
      </w:r>
      <w:r>
        <w:t>kamar tidur multifungsi untuk remaja dengan aktivitas akademik dan kreatif yang tinggi</w:t>
      </w:r>
      <w:r>
        <w:t>. Perancangan perlu mempertimb</w:t>
      </w:r>
      <w:r>
        <w:t>angkan:</w:t>
      </w:r>
    </w:p>
    <w:p w14:paraId="4818A004" w14:textId="77777777" w:rsidR="00525013" w:rsidRDefault="00B32A2B" w:rsidP="00B32A2B">
      <w:pPr>
        <w:pStyle w:val="ListBullet"/>
        <w:jc w:val="both"/>
      </w:pPr>
      <w:r>
        <w:t>Zona tidur sebagai area istirahat dan relaksasi.</w:t>
      </w:r>
    </w:p>
    <w:p w14:paraId="73BFA054" w14:textId="77777777" w:rsidR="00525013" w:rsidRDefault="00B32A2B" w:rsidP="00B32A2B">
      <w:pPr>
        <w:pStyle w:val="ListBullet"/>
        <w:jc w:val="both"/>
      </w:pPr>
      <w:r>
        <w:t>Zona belajar dengan meja dan kursi ergonomis untuk mendukung persiapan ujian.</w:t>
      </w:r>
    </w:p>
    <w:p w14:paraId="19769F6B" w14:textId="77777777" w:rsidR="00525013" w:rsidRDefault="00B32A2B" w:rsidP="00B32A2B">
      <w:pPr>
        <w:pStyle w:val="ListBullet"/>
        <w:jc w:val="both"/>
      </w:pPr>
      <w:r>
        <w:t>Zona kreatif yang dapat digunakan untuk menggambar dan membaca.</w:t>
      </w:r>
    </w:p>
    <w:p w14:paraId="76CE8ABC" w14:textId="77777777" w:rsidR="00525013" w:rsidRDefault="00B32A2B" w:rsidP="00B32A2B">
      <w:pPr>
        <w:pStyle w:val="ListBullet"/>
        <w:jc w:val="both"/>
      </w:pPr>
      <w:r>
        <w:t>Zona ibadah/personal yang nyaman untuk aktivitas menghafa</w:t>
      </w:r>
      <w:r>
        <w:t>l Al-Qur'an.</w:t>
      </w:r>
    </w:p>
    <w:p w14:paraId="6CAD3758" w14:textId="77777777" w:rsidR="00525013" w:rsidRDefault="00B32A2B" w:rsidP="00B32A2B">
      <w:pPr>
        <w:pStyle w:val="ListBullet"/>
        <w:jc w:val="both"/>
      </w:pPr>
      <w:r>
        <w:t>Zona gaming yang terintegrasi dengan area belajar sehingga tidak membutuhkan furniture tambahan yang terlalu banyak.</w:t>
      </w:r>
    </w:p>
    <w:p w14:paraId="4C311E48" w14:textId="77777777" w:rsidR="00525013" w:rsidRDefault="00B32A2B" w:rsidP="00B32A2B">
      <w:pPr>
        <w:pStyle w:val="ListBullet"/>
        <w:jc w:val="both"/>
      </w:pPr>
      <w:r>
        <w:t>Furniture multifungsi untuk mengoptimalkan keterbatasan ruang.</w:t>
      </w:r>
    </w:p>
    <w:p w14:paraId="13639EFA" w14:textId="77777777" w:rsidR="00525013" w:rsidRDefault="00B32A2B" w:rsidP="00B32A2B">
      <w:pPr>
        <w:pStyle w:val="ListBullet"/>
        <w:jc w:val="both"/>
      </w:pPr>
      <w:r>
        <w:t>Storage terintegrasi untuk buku, alat gambar, perlengkapan bela</w:t>
      </w:r>
      <w:r>
        <w:t>jar, dan barang pribadi.</w:t>
      </w:r>
    </w:p>
    <w:p w14:paraId="6FD6A918" w14:textId="77777777" w:rsidR="00525013" w:rsidRDefault="00B32A2B" w:rsidP="00B32A2B">
      <w:pPr>
        <w:pStyle w:val="ListBullet"/>
        <w:jc w:val="both"/>
      </w:pPr>
      <w:r>
        <w:t>Palet warna earth tone untuk menciptakan kesan hangat, tenang, dan sesuai preferensi Sarah.</w:t>
      </w:r>
    </w:p>
    <w:p w14:paraId="1921FA7A" w14:textId="77777777" w:rsidR="00525013" w:rsidRDefault="00B32A2B" w:rsidP="00B32A2B">
      <w:pPr>
        <w:pStyle w:val="ListBullet"/>
        <w:jc w:val="both"/>
      </w:pPr>
      <w:r>
        <w:t>Tata ruang yang fleksibel agar satu area dapat digunakan untuk beberapa aktivitas tanpa mengganggu fungsi lainnya.</w:t>
      </w:r>
    </w:p>
    <w:p w14:paraId="4792DE6E" w14:textId="113354D1" w:rsidR="00525013" w:rsidRDefault="00B32A2B" w:rsidP="00B32A2B">
      <w:pPr>
        <w:jc w:val="both"/>
      </w:pPr>
      <w:r>
        <w:t>Kesimpulan:</w:t>
      </w:r>
      <w:r>
        <w:br/>
        <w:t>Peranc</w:t>
      </w:r>
      <w:r>
        <w:t>angan k</w:t>
      </w:r>
      <w:r>
        <w:t xml:space="preserve">amar Sarah diarahkan menjadi </w:t>
      </w:r>
      <w:r>
        <w:t>ruang personal multifungsi yang efisien, nyaman, dan mendukung aktivitas akademik, kreativitas, ibadah, serta hiburan</w:t>
      </w:r>
      <w:r>
        <w:t>. Pendekatan desain menitikberatkan pada optimalisasi ruang melalui furniture multifungsi, penyimpa</w:t>
      </w:r>
      <w:r>
        <w:t>nan terintegrasi, zonasi aktivitas, dan penerapan warna earth tone sesuai karakter serta preferensi pengguna.</w:t>
      </w:r>
    </w:p>
    <w:sectPr w:rsidR="0052501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5013"/>
    <w:rsid w:val="00AA1D8D"/>
    <w:rsid w:val="00B32A2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4B91C7"/>
  <w14:defaultImageDpi w14:val="300"/>
  <w15:docId w15:val="{579D8E9E-0623-449D-876F-7D877E00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wahyu</cp:lastModifiedBy>
  <cp:revision>2</cp:revision>
  <dcterms:created xsi:type="dcterms:W3CDTF">2013-12-23T23:15:00Z</dcterms:created>
  <dcterms:modified xsi:type="dcterms:W3CDTF">2026-09-30T14:48:00Z</dcterms:modified>
  <cp:category/>
</cp:coreProperties>
</file>