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DC534" w14:textId="2B10BF6D" w:rsidR="0052364A" w:rsidRDefault="002D7DF1">
      <w:pPr>
        <w:spacing w:after="60"/>
        <w:jc w:val="center"/>
        <w:rPr>
          <w:b/>
        </w:rPr>
      </w:pPr>
      <w:r>
        <w:rPr>
          <w:b/>
        </w:rPr>
        <w:t>TUGAS OUTING CLASS DESAIN INTERIOR</w:t>
      </w:r>
    </w:p>
    <w:p w14:paraId="3C8C93F0" w14:textId="77777777" w:rsidR="002D7DF1" w:rsidRDefault="002D7DF1">
      <w:pPr>
        <w:spacing w:after="60"/>
        <w:jc w:val="center"/>
      </w:pPr>
    </w:p>
    <w:p w14:paraId="53332180" w14:textId="77777777" w:rsidR="0052364A" w:rsidRDefault="002D7DF1" w:rsidP="002D7DF1">
      <w:pPr>
        <w:spacing w:after="60"/>
      </w:pPr>
      <w:r>
        <w:t>Kegiatan: CONNEXT+ Bandar Lampung – Building Material Showcase</w:t>
      </w:r>
    </w:p>
    <w:p w14:paraId="6B98FB85" w14:textId="77777777" w:rsidR="0052364A" w:rsidRDefault="002D7DF1" w:rsidP="002D7DF1">
      <w:pPr>
        <w:spacing w:after="60"/>
      </w:pPr>
      <w:r>
        <w:t>Tanggal: 13 Oktober 2026</w:t>
      </w:r>
    </w:p>
    <w:p w14:paraId="66F61D38" w14:textId="77777777" w:rsidR="0052364A" w:rsidRDefault="002D7DF1" w:rsidP="002D7DF1">
      <w:pPr>
        <w:spacing w:after="60"/>
      </w:pPr>
      <w:r>
        <w:t>Tempat: Hotel Santika Premiere Lampung</w:t>
      </w:r>
    </w:p>
    <w:p w14:paraId="0ACBC996" w14:textId="77777777" w:rsidR="0052364A" w:rsidRDefault="002D7DF1" w:rsidP="002D7DF1">
      <w:pPr>
        <w:spacing w:after="240"/>
      </w:pPr>
      <w:r>
        <w:t>Tema: Eksplorasi Material dan Produk Interior–Eksterior</w:t>
      </w:r>
    </w:p>
    <w:p w14:paraId="4701239C" w14:textId="77777777" w:rsidR="0052364A" w:rsidRDefault="002D7DF1">
      <w:pPr>
        <w:spacing w:before="160" w:after="120"/>
      </w:pPr>
      <w:r>
        <w:rPr>
          <w:b/>
          <w:sz w:val="28"/>
        </w:rPr>
        <w:t>A. Tujuan Pembelajaran</w:t>
      </w:r>
    </w:p>
    <w:p w14:paraId="11BFE048" w14:textId="77777777" w:rsidR="0052364A" w:rsidRDefault="002D7DF1">
      <w:pPr>
        <w:spacing w:after="120"/>
      </w:pPr>
      <w:r>
        <w:t xml:space="preserve">Setelah </w:t>
      </w:r>
      <w:r>
        <w:t>mengikuti kegiatan, mahasiswa diharapkan mampu:</w:t>
      </w:r>
    </w:p>
    <w:p w14:paraId="090BDE03" w14:textId="77777777" w:rsidR="0052364A" w:rsidRDefault="002D7DF1">
      <w:pPr>
        <w:pStyle w:val="ListBullet"/>
        <w:spacing w:after="60"/>
      </w:pPr>
      <w:r>
        <w:t>Mengenali berbagai jenis material dan produk interior–eksterior yang tersedia di industri.</w:t>
      </w:r>
    </w:p>
    <w:p w14:paraId="2750C0E1" w14:textId="77777777" w:rsidR="0052364A" w:rsidRDefault="002D7DF1">
      <w:pPr>
        <w:pStyle w:val="ListBullet"/>
        <w:spacing w:after="60"/>
      </w:pPr>
      <w:r>
        <w:t>Menganalisis karakteristik, fungsi, kelebihan dan kekurangan material.</w:t>
      </w:r>
    </w:p>
    <w:p w14:paraId="60043C85" w14:textId="77777777" w:rsidR="0052364A" w:rsidRDefault="002D7DF1">
      <w:pPr>
        <w:pStyle w:val="ListBullet"/>
        <w:spacing w:after="60"/>
      </w:pPr>
      <w:r>
        <w:t>Memahami perkembangan teknologi dan inovasi ma</w:t>
      </w:r>
      <w:r>
        <w:t>terial dalam industri interior.</w:t>
      </w:r>
    </w:p>
    <w:p w14:paraId="1D92B0C8" w14:textId="77777777" w:rsidR="0052364A" w:rsidRDefault="002D7DF1">
      <w:pPr>
        <w:pStyle w:val="ListBullet"/>
        <w:spacing w:after="60"/>
      </w:pPr>
      <w:r>
        <w:t>Menghubungkan material yang ditemukan dengan konsep dan kebutuhan ruang.</w:t>
      </w:r>
    </w:p>
    <w:p w14:paraId="1F94A2CE" w14:textId="77777777" w:rsidR="0052364A" w:rsidRDefault="002D7DF1">
      <w:pPr>
        <w:pStyle w:val="ListBullet"/>
        <w:spacing w:after="60"/>
      </w:pPr>
      <w:r>
        <w:t>Memahami pertimbangan estetika, teknis, ergonomi, keamanan dan keberlanjutan dalam pemilihan material.</w:t>
      </w:r>
    </w:p>
    <w:p w14:paraId="24366A84" w14:textId="77777777" w:rsidR="0052364A" w:rsidRDefault="002D7DF1">
      <w:pPr>
        <w:pStyle w:val="ListBullet"/>
        <w:spacing w:after="60"/>
      </w:pPr>
      <w:r>
        <w:t xml:space="preserve">Menambah wawasan mengenai perkembangan industri </w:t>
      </w:r>
      <w:r>
        <w:t>dan peluang profesi desain interior.</w:t>
      </w:r>
    </w:p>
    <w:p w14:paraId="56A10DD6" w14:textId="77777777" w:rsidR="0052364A" w:rsidRDefault="002D7DF1">
      <w:pPr>
        <w:spacing w:before="160" w:after="120"/>
      </w:pPr>
      <w:r>
        <w:rPr>
          <w:b/>
          <w:sz w:val="28"/>
        </w:rPr>
        <w:t>B. TUGAS MAHASISWA SELAMA EVENT</w:t>
      </w:r>
    </w:p>
    <w:p w14:paraId="7B9CBA4F" w14:textId="77777777" w:rsidR="0052364A" w:rsidRDefault="002D7DF1">
      <w:pPr>
        <w:spacing w:after="120"/>
      </w:pPr>
      <w:r>
        <w:t>Mahasiswa tidak hanya diminta hadir, tetapi harus melakukan observasi terhadap produk yang ditampilkan.</w:t>
      </w:r>
    </w:p>
    <w:p w14:paraId="46A4544C" w14:textId="77777777" w:rsidR="0052364A" w:rsidRDefault="002D7DF1">
      <w:pPr>
        <w:spacing w:before="160" w:after="120"/>
      </w:pPr>
      <w:r>
        <w:rPr>
          <w:b/>
        </w:rPr>
        <w:t>1. Eksplorasi Produk</w:t>
      </w:r>
    </w:p>
    <w:p w14:paraId="2942BB28" w14:textId="77777777" w:rsidR="0052364A" w:rsidRDefault="002D7DF1">
      <w:pPr>
        <w:spacing w:after="120"/>
      </w:pPr>
      <w:r>
        <w:t>Setiap mahasiswa memilih minimal 5 produk/material yang menuru</w:t>
      </w:r>
      <w:r>
        <w:t>t mereka menarik dan relevan dengan desain interior.</w:t>
      </w:r>
    </w:p>
    <w:p w14:paraId="0012B551" w14:textId="77777777" w:rsidR="0052364A" w:rsidRDefault="002D7DF1">
      <w:pPr>
        <w:spacing w:after="120"/>
      </w:pPr>
      <w:r>
        <w:t>Produk dapat berasal dari kategori seperti:</w:t>
      </w:r>
    </w:p>
    <w:p w14:paraId="68C29859" w14:textId="77777777" w:rsidR="0052364A" w:rsidRDefault="002D7DF1">
      <w:pPr>
        <w:pStyle w:val="ListBullet"/>
        <w:spacing w:after="60"/>
      </w:pPr>
      <w:r>
        <w:t>Material lantai</w:t>
      </w:r>
    </w:p>
    <w:p w14:paraId="0C5B89D2" w14:textId="77777777" w:rsidR="0052364A" w:rsidRDefault="002D7DF1">
      <w:pPr>
        <w:pStyle w:val="ListBullet"/>
        <w:spacing w:after="60"/>
      </w:pPr>
      <w:r>
        <w:t>Material dinding</w:t>
      </w:r>
    </w:p>
    <w:p w14:paraId="2EC2E53A" w14:textId="77777777" w:rsidR="0052364A" w:rsidRDefault="002D7DF1">
      <w:pPr>
        <w:pStyle w:val="ListBullet"/>
        <w:spacing w:after="60"/>
      </w:pPr>
      <w:r>
        <w:t>Material plafon</w:t>
      </w:r>
    </w:p>
    <w:p w14:paraId="05E0B4CC" w14:textId="77777777" w:rsidR="0052364A" w:rsidRDefault="002D7DF1">
      <w:pPr>
        <w:pStyle w:val="ListBullet"/>
        <w:spacing w:after="60"/>
      </w:pPr>
      <w:r>
        <w:t>Material furniture</w:t>
      </w:r>
    </w:p>
    <w:p w14:paraId="1884979B" w14:textId="77777777" w:rsidR="0052364A" w:rsidRDefault="002D7DF1">
      <w:pPr>
        <w:pStyle w:val="ListBullet"/>
        <w:spacing w:after="60"/>
      </w:pPr>
      <w:r>
        <w:t>Material finishing</w:t>
      </w:r>
    </w:p>
    <w:p w14:paraId="31B8D034" w14:textId="77777777" w:rsidR="0052364A" w:rsidRDefault="002D7DF1">
      <w:pPr>
        <w:pStyle w:val="ListBullet"/>
        <w:spacing w:after="60"/>
      </w:pPr>
      <w:r>
        <w:t>Material pintu dan jendela</w:t>
      </w:r>
    </w:p>
    <w:p w14:paraId="1A182BE4" w14:textId="77777777" w:rsidR="0052364A" w:rsidRDefault="002D7DF1">
      <w:pPr>
        <w:pStyle w:val="ListBullet"/>
        <w:spacing w:after="60"/>
      </w:pPr>
      <w:r>
        <w:t>Material kaca</w:t>
      </w:r>
    </w:p>
    <w:p w14:paraId="2C588ADE" w14:textId="77777777" w:rsidR="0052364A" w:rsidRDefault="002D7DF1">
      <w:pPr>
        <w:pStyle w:val="ListBullet"/>
        <w:spacing w:after="60"/>
      </w:pPr>
      <w:r>
        <w:t>Material partisi</w:t>
      </w:r>
    </w:p>
    <w:p w14:paraId="5BD43399" w14:textId="77777777" w:rsidR="0052364A" w:rsidRDefault="002D7DF1">
      <w:pPr>
        <w:pStyle w:val="ListBullet"/>
        <w:spacing w:after="60"/>
      </w:pPr>
      <w:r>
        <w:t>Material akustik</w:t>
      </w:r>
    </w:p>
    <w:p w14:paraId="76CC6353" w14:textId="77777777" w:rsidR="0052364A" w:rsidRDefault="002D7DF1">
      <w:pPr>
        <w:pStyle w:val="ListBullet"/>
        <w:spacing w:after="60"/>
      </w:pPr>
      <w:r>
        <w:t>Material lighting</w:t>
      </w:r>
    </w:p>
    <w:p w14:paraId="1A0B52D4" w14:textId="77777777" w:rsidR="0052364A" w:rsidRDefault="002D7DF1">
      <w:pPr>
        <w:pStyle w:val="ListBullet"/>
        <w:spacing w:after="60"/>
      </w:pPr>
      <w:r>
        <w:t>Material eksterior</w:t>
      </w:r>
    </w:p>
    <w:p w14:paraId="3F75433E" w14:textId="77777777" w:rsidR="0052364A" w:rsidRDefault="002D7DF1">
      <w:pPr>
        <w:pStyle w:val="ListBullet"/>
        <w:spacing w:after="60"/>
      </w:pPr>
      <w:r>
        <w:t>Material dekoratif</w:t>
      </w:r>
    </w:p>
    <w:p w14:paraId="10A16C28" w14:textId="77777777" w:rsidR="0052364A" w:rsidRDefault="002D7DF1">
      <w:pPr>
        <w:pStyle w:val="ListBullet"/>
        <w:spacing w:after="60"/>
      </w:pPr>
      <w:r>
        <w:lastRenderedPageBreak/>
        <w:t>Material ramah lingkungan</w:t>
      </w:r>
    </w:p>
    <w:p w14:paraId="1BBEEAB6" w14:textId="77777777" w:rsidR="0052364A" w:rsidRDefault="002D7DF1">
      <w:pPr>
        <w:pStyle w:val="ListBullet"/>
        <w:spacing w:after="60"/>
      </w:pPr>
      <w:r>
        <w:t>Produk teknologi bangunan/interior lainnya</w:t>
      </w:r>
    </w:p>
    <w:p w14:paraId="063F1A18" w14:textId="77777777" w:rsidR="0052364A" w:rsidRDefault="002D7DF1">
      <w:pPr>
        <w:spacing w:before="160" w:after="120"/>
      </w:pPr>
      <w:r>
        <w:rPr>
          <w:b/>
          <w:sz w:val="28"/>
        </w:rPr>
        <w:t>C. DATA YANG HARUS DIKUMPULKAN</w:t>
      </w:r>
    </w:p>
    <w:p w14:paraId="3DD8B341" w14:textId="77777777" w:rsidR="0052364A" w:rsidRDefault="002D7DF1">
      <w:pPr>
        <w:spacing w:after="120"/>
      </w:pPr>
      <w:r>
        <w:t>Untuk setiap produk yang dipilih, mahasiswa membuat Lembar Observasi Material.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8"/>
        <w:gridCol w:w="2692"/>
        <w:gridCol w:w="5852"/>
      </w:tblGrid>
      <w:tr w:rsidR="0052364A" w14:paraId="1A52DFA6" w14:textId="77777777" w:rsidTr="002D7DF1">
        <w:trPr>
          <w:jc w:val="center"/>
        </w:trPr>
        <w:tc>
          <w:tcPr>
            <w:tcW w:w="568" w:type="dxa"/>
            <w:vAlign w:val="center"/>
          </w:tcPr>
          <w:p w14:paraId="3D61A8B8" w14:textId="77777777" w:rsidR="0052364A" w:rsidRDefault="002D7DF1">
            <w:r>
              <w:rPr>
                <w:b/>
                <w:sz w:val="22"/>
              </w:rPr>
              <w:t>No.</w:t>
            </w:r>
          </w:p>
        </w:tc>
        <w:tc>
          <w:tcPr>
            <w:tcW w:w="2694" w:type="dxa"/>
            <w:vAlign w:val="center"/>
          </w:tcPr>
          <w:p w14:paraId="66926818" w14:textId="77777777" w:rsidR="0052364A" w:rsidRDefault="002D7DF1">
            <w:r>
              <w:rPr>
                <w:b/>
                <w:sz w:val="22"/>
              </w:rPr>
              <w:t>Aspek yang Diamati</w:t>
            </w:r>
          </w:p>
        </w:tc>
        <w:tc>
          <w:tcPr>
            <w:tcW w:w="5861" w:type="dxa"/>
            <w:vAlign w:val="center"/>
          </w:tcPr>
          <w:p w14:paraId="19B044FA" w14:textId="77777777" w:rsidR="0052364A" w:rsidRDefault="002D7DF1">
            <w:r>
              <w:rPr>
                <w:b/>
                <w:sz w:val="22"/>
              </w:rPr>
              <w:t>Hasil Observasi</w:t>
            </w:r>
          </w:p>
        </w:tc>
      </w:tr>
      <w:tr w:rsidR="0052364A" w14:paraId="7C3E6341" w14:textId="77777777" w:rsidTr="002D7DF1">
        <w:trPr>
          <w:jc w:val="center"/>
        </w:trPr>
        <w:tc>
          <w:tcPr>
            <w:tcW w:w="568" w:type="dxa"/>
          </w:tcPr>
          <w:p w14:paraId="785A98F3" w14:textId="77777777" w:rsidR="0052364A" w:rsidRDefault="002D7DF1">
            <w:r>
              <w:rPr>
                <w:sz w:val="21"/>
              </w:rPr>
              <w:t>1</w:t>
            </w:r>
          </w:p>
        </w:tc>
        <w:tc>
          <w:tcPr>
            <w:tcW w:w="2694" w:type="dxa"/>
          </w:tcPr>
          <w:p w14:paraId="46AAA494" w14:textId="77777777" w:rsidR="0052364A" w:rsidRDefault="002D7DF1">
            <w:r>
              <w:rPr>
                <w:sz w:val="21"/>
              </w:rPr>
              <w:t>Nama produk</w:t>
            </w:r>
          </w:p>
        </w:tc>
        <w:tc>
          <w:tcPr>
            <w:tcW w:w="5861" w:type="dxa"/>
          </w:tcPr>
          <w:p w14:paraId="1B7896D0" w14:textId="77777777" w:rsidR="0052364A" w:rsidRDefault="002D7DF1">
            <w:r>
              <w:rPr>
                <w:sz w:val="21"/>
              </w:rPr>
              <w:t>...</w:t>
            </w:r>
          </w:p>
        </w:tc>
      </w:tr>
      <w:tr w:rsidR="0052364A" w14:paraId="515992D8" w14:textId="77777777" w:rsidTr="002D7DF1">
        <w:trPr>
          <w:jc w:val="center"/>
        </w:trPr>
        <w:tc>
          <w:tcPr>
            <w:tcW w:w="568" w:type="dxa"/>
          </w:tcPr>
          <w:p w14:paraId="0072AF93" w14:textId="77777777" w:rsidR="0052364A" w:rsidRDefault="002D7DF1">
            <w:r>
              <w:rPr>
                <w:sz w:val="21"/>
              </w:rPr>
              <w:t>2</w:t>
            </w:r>
          </w:p>
        </w:tc>
        <w:tc>
          <w:tcPr>
            <w:tcW w:w="2694" w:type="dxa"/>
          </w:tcPr>
          <w:p w14:paraId="4AC650BA" w14:textId="77777777" w:rsidR="0052364A" w:rsidRDefault="002D7DF1">
            <w:r>
              <w:rPr>
                <w:sz w:val="21"/>
              </w:rPr>
              <w:t>Nama perusahaan/brand</w:t>
            </w:r>
          </w:p>
        </w:tc>
        <w:tc>
          <w:tcPr>
            <w:tcW w:w="5861" w:type="dxa"/>
          </w:tcPr>
          <w:p w14:paraId="3513BD7F" w14:textId="77777777" w:rsidR="0052364A" w:rsidRDefault="002D7DF1">
            <w:r>
              <w:rPr>
                <w:sz w:val="21"/>
              </w:rPr>
              <w:t>...</w:t>
            </w:r>
          </w:p>
        </w:tc>
      </w:tr>
      <w:tr w:rsidR="0052364A" w14:paraId="1597704A" w14:textId="77777777" w:rsidTr="002D7DF1">
        <w:trPr>
          <w:jc w:val="center"/>
        </w:trPr>
        <w:tc>
          <w:tcPr>
            <w:tcW w:w="568" w:type="dxa"/>
          </w:tcPr>
          <w:p w14:paraId="74633CE9" w14:textId="77777777" w:rsidR="0052364A" w:rsidRDefault="002D7DF1">
            <w:r>
              <w:rPr>
                <w:sz w:val="21"/>
              </w:rPr>
              <w:t>3</w:t>
            </w:r>
          </w:p>
        </w:tc>
        <w:tc>
          <w:tcPr>
            <w:tcW w:w="2694" w:type="dxa"/>
          </w:tcPr>
          <w:p w14:paraId="1E24ABAF" w14:textId="77777777" w:rsidR="0052364A" w:rsidRDefault="002D7DF1">
            <w:r>
              <w:rPr>
                <w:sz w:val="21"/>
              </w:rPr>
              <w:t>Jenis material</w:t>
            </w:r>
          </w:p>
        </w:tc>
        <w:tc>
          <w:tcPr>
            <w:tcW w:w="5861" w:type="dxa"/>
          </w:tcPr>
          <w:p w14:paraId="7FDB27EB" w14:textId="77777777" w:rsidR="0052364A" w:rsidRDefault="002D7DF1">
            <w:r>
              <w:rPr>
                <w:sz w:val="21"/>
              </w:rPr>
              <w:t>...</w:t>
            </w:r>
          </w:p>
        </w:tc>
      </w:tr>
      <w:tr w:rsidR="0052364A" w14:paraId="510D4262" w14:textId="77777777" w:rsidTr="002D7DF1">
        <w:trPr>
          <w:jc w:val="center"/>
        </w:trPr>
        <w:tc>
          <w:tcPr>
            <w:tcW w:w="568" w:type="dxa"/>
          </w:tcPr>
          <w:p w14:paraId="6DBB7B8E" w14:textId="77777777" w:rsidR="0052364A" w:rsidRDefault="002D7DF1">
            <w:r>
              <w:rPr>
                <w:sz w:val="21"/>
              </w:rPr>
              <w:t>4</w:t>
            </w:r>
          </w:p>
        </w:tc>
        <w:tc>
          <w:tcPr>
            <w:tcW w:w="2694" w:type="dxa"/>
          </w:tcPr>
          <w:p w14:paraId="4C7FEB06" w14:textId="77777777" w:rsidR="0052364A" w:rsidRDefault="002D7DF1">
            <w:r>
              <w:rPr>
                <w:sz w:val="21"/>
              </w:rPr>
              <w:t>Fungsi utama</w:t>
            </w:r>
          </w:p>
        </w:tc>
        <w:tc>
          <w:tcPr>
            <w:tcW w:w="5861" w:type="dxa"/>
          </w:tcPr>
          <w:p w14:paraId="62682982" w14:textId="77777777" w:rsidR="0052364A" w:rsidRDefault="002D7DF1">
            <w:r>
              <w:rPr>
                <w:sz w:val="21"/>
              </w:rPr>
              <w:t>...</w:t>
            </w:r>
          </w:p>
        </w:tc>
      </w:tr>
      <w:tr w:rsidR="0052364A" w14:paraId="60DAEF89" w14:textId="77777777" w:rsidTr="002D7DF1">
        <w:trPr>
          <w:jc w:val="center"/>
        </w:trPr>
        <w:tc>
          <w:tcPr>
            <w:tcW w:w="568" w:type="dxa"/>
          </w:tcPr>
          <w:p w14:paraId="04B8817F" w14:textId="77777777" w:rsidR="0052364A" w:rsidRDefault="002D7DF1">
            <w:r>
              <w:rPr>
                <w:sz w:val="21"/>
              </w:rPr>
              <w:t>5</w:t>
            </w:r>
          </w:p>
        </w:tc>
        <w:tc>
          <w:tcPr>
            <w:tcW w:w="2694" w:type="dxa"/>
          </w:tcPr>
          <w:p w14:paraId="354C9B16" w14:textId="77777777" w:rsidR="0052364A" w:rsidRDefault="002D7DF1">
            <w:r>
              <w:rPr>
                <w:sz w:val="21"/>
              </w:rPr>
              <w:t>Karakteristik material</w:t>
            </w:r>
          </w:p>
        </w:tc>
        <w:tc>
          <w:tcPr>
            <w:tcW w:w="5861" w:type="dxa"/>
          </w:tcPr>
          <w:p w14:paraId="56E66C70" w14:textId="77777777" w:rsidR="0052364A" w:rsidRDefault="002D7DF1">
            <w:r>
              <w:rPr>
                <w:sz w:val="21"/>
              </w:rPr>
              <w:t>...</w:t>
            </w:r>
          </w:p>
        </w:tc>
      </w:tr>
      <w:tr w:rsidR="0052364A" w14:paraId="5F8B44AC" w14:textId="77777777" w:rsidTr="002D7DF1">
        <w:trPr>
          <w:jc w:val="center"/>
        </w:trPr>
        <w:tc>
          <w:tcPr>
            <w:tcW w:w="568" w:type="dxa"/>
          </w:tcPr>
          <w:p w14:paraId="4A24355C" w14:textId="77777777" w:rsidR="0052364A" w:rsidRDefault="002D7DF1">
            <w:r>
              <w:rPr>
                <w:sz w:val="21"/>
              </w:rPr>
              <w:t>6</w:t>
            </w:r>
          </w:p>
        </w:tc>
        <w:tc>
          <w:tcPr>
            <w:tcW w:w="2694" w:type="dxa"/>
          </w:tcPr>
          <w:p w14:paraId="6A1FD50C" w14:textId="77777777" w:rsidR="0052364A" w:rsidRDefault="002D7DF1">
            <w:r>
              <w:rPr>
                <w:sz w:val="21"/>
              </w:rPr>
              <w:t>Warna/tekstur/pola</w:t>
            </w:r>
          </w:p>
        </w:tc>
        <w:tc>
          <w:tcPr>
            <w:tcW w:w="5861" w:type="dxa"/>
          </w:tcPr>
          <w:p w14:paraId="623D2A43" w14:textId="77777777" w:rsidR="0052364A" w:rsidRDefault="002D7DF1">
            <w:r>
              <w:rPr>
                <w:sz w:val="21"/>
              </w:rPr>
              <w:t>...</w:t>
            </w:r>
          </w:p>
        </w:tc>
      </w:tr>
      <w:tr w:rsidR="0052364A" w14:paraId="53C1636F" w14:textId="77777777" w:rsidTr="002D7DF1">
        <w:trPr>
          <w:jc w:val="center"/>
        </w:trPr>
        <w:tc>
          <w:tcPr>
            <w:tcW w:w="568" w:type="dxa"/>
          </w:tcPr>
          <w:p w14:paraId="7CD66FBE" w14:textId="77777777" w:rsidR="0052364A" w:rsidRDefault="002D7DF1">
            <w:r>
              <w:rPr>
                <w:sz w:val="21"/>
              </w:rPr>
              <w:t>7</w:t>
            </w:r>
          </w:p>
        </w:tc>
        <w:tc>
          <w:tcPr>
            <w:tcW w:w="2694" w:type="dxa"/>
          </w:tcPr>
          <w:p w14:paraId="4989D67E" w14:textId="77777777" w:rsidR="0052364A" w:rsidRDefault="002D7DF1">
            <w:r>
              <w:rPr>
                <w:sz w:val="21"/>
              </w:rPr>
              <w:t>Ukuran/dimensi</w:t>
            </w:r>
          </w:p>
        </w:tc>
        <w:tc>
          <w:tcPr>
            <w:tcW w:w="5861" w:type="dxa"/>
          </w:tcPr>
          <w:p w14:paraId="47F66D06" w14:textId="77777777" w:rsidR="0052364A" w:rsidRDefault="002D7DF1">
            <w:r>
              <w:rPr>
                <w:sz w:val="21"/>
              </w:rPr>
              <w:t>...</w:t>
            </w:r>
          </w:p>
        </w:tc>
      </w:tr>
      <w:tr w:rsidR="0052364A" w14:paraId="0073EF13" w14:textId="77777777" w:rsidTr="002D7DF1">
        <w:trPr>
          <w:jc w:val="center"/>
        </w:trPr>
        <w:tc>
          <w:tcPr>
            <w:tcW w:w="568" w:type="dxa"/>
          </w:tcPr>
          <w:p w14:paraId="3D107483" w14:textId="77777777" w:rsidR="0052364A" w:rsidRDefault="002D7DF1">
            <w:r>
              <w:rPr>
                <w:sz w:val="21"/>
              </w:rPr>
              <w:t>8</w:t>
            </w:r>
          </w:p>
        </w:tc>
        <w:tc>
          <w:tcPr>
            <w:tcW w:w="2694" w:type="dxa"/>
          </w:tcPr>
          <w:p w14:paraId="3B52A19A" w14:textId="77777777" w:rsidR="0052364A" w:rsidRDefault="002D7DF1">
            <w:r>
              <w:rPr>
                <w:sz w:val="21"/>
              </w:rPr>
              <w:t>Teknik pemasangan</w:t>
            </w:r>
          </w:p>
        </w:tc>
        <w:tc>
          <w:tcPr>
            <w:tcW w:w="5861" w:type="dxa"/>
          </w:tcPr>
          <w:p w14:paraId="6C0E6CE1" w14:textId="77777777" w:rsidR="0052364A" w:rsidRDefault="002D7DF1">
            <w:r>
              <w:rPr>
                <w:sz w:val="21"/>
              </w:rPr>
              <w:t>...</w:t>
            </w:r>
          </w:p>
        </w:tc>
      </w:tr>
      <w:tr w:rsidR="0052364A" w14:paraId="0E410AF6" w14:textId="77777777" w:rsidTr="002D7DF1">
        <w:trPr>
          <w:jc w:val="center"/>
        </w:trPr>
        <w:tc>
          <w:tcPr>
            <w:tcW w:w="568" w:type="dxa"/>
          </w:tcPr>
          <w:p w14:paraId="7AA75EC7" w14:textId="77777777" w:rsidR="0052364A" w:rsidRDefault="002D7DF1">
            <w:r>
              <w:rPr>
                <w:sz w:val="21"/>
              </w:rPr>
              <w:t>9</w:t>
            </w:r>
          </w:p>
        </w:tc>
        <w:tc>
          <w:tcPr>
            <w:tcW w:w="2694" w:type="dxa"/>
          </w:tcPr>
          <w:p w14:paraId="01EBDEF3" w14:textId="77777777" w:rsidR="0052364A" w:rsidRDefault="002D7DF1">
            <w:r>
              <w:rPr>
                <w:sz w:val="21"/>
              </w:rPr>
              <w:t>Kelebihan</w:t>
            </w:r>
          </w:p>
        </w:tc>
        <w:tc>
          <w:tcPr>
            <w:tcW w:w="5861" w:type="dxa"/>
          </w:tcPr>
          <w:p w14:paraId="50D4C972" w14:textId="77777777" w:rsidR="0052364A" w:rsidRDefault="002D7DF1">
            <w:r>
              <w:rPr>
                <w:sz w:val="21"/>
              </w:rPr>
              <w:t>...</w:t>
            </w:r>
          </w:p>
        </w:tc>
      </w:tr>
      <w:tr w:rsidR="0052364A" w14:paraId="7327D5B0" w14:textId="77777777" w:rsidTr="002D7DF1">
        <w:trPr>
          <w:jc w:val="center"/>
        </w:trPr>
        <w:tc>
          <w:tcPr>
            <w:tcW w:w="568" w:type="dxa"/>
          </w:tcPr>
          <w:p w14:paraId="704E431A" w14:textId="77777777" w:rsidR="0052364A" w:rsidRDefault="002D7DF1">
            <w:r>
              <w:rPr>
                <w:sz w:val="21"/>
              </w:rPr>
              <w:t>10</w:t>
            </w:r>
          </w:p>
        </w:tc>
        <w:tc>
          <w:tcPr>
            <w:tcW w:w="2694" w:type="dxa"/>
          </w:tcPr>
          <w:p w14:paraId="05711E15" w14:textId="77777777" w:rsidR="0052364A" w:rsidRDefault="002D7DF1">
            <w:r>
              <w:rPr>
                <w:sz w:val="21"/>
              </w:rPr>
              <w:t>Kekurangan</w:t>
            </w:r>
          </w:p>
        </w:tc>
        <w:tc>
          <w:tcPr>
            <w:tcW w:w="5861" w:type="dxa"/>
          </w:tcPr>
          <w:p w14:paraId="5F9BB2D1" w14:textId="77777777" w:rsidR="0052364A" w:rsidRDefault="002D7DF1">
            <w:r>
              <w:rPr>
                <w:sz w:val="21"/>
              </w:rPr>
              <w:t>...</w:t>
            </w:r>
          </w:p>
        </w:tc>
      </w:tr>
      <w:tr w:rsidR="0052364A" w14:paraId="0D01423D" w14:textId="77777777" w:rsidTr="002D7DF1">
        <w:trPr>
          <w:jc w:val="center"/>
        </w:trPr>
        <w:tc>
          <w:tcPr>
            <w:tcW w:w="568" w:type="dxa"/>
          </w:tcPr>
          <w:p w14:paraId="5A3DB201" w14:textId="77777777" w:rsidR="0052364A" w:rsidRDefault="002D7DF1">
            <w:r>
              <w:rPr>
                <w:sz w:val="21"/>
              </w:rPr>
              <w:t>11</w:t>
            </w:r>
          </w:p>
        </w:tc>
        <w:tc>
          <w:tcPr>
            <w:tcW w:w="2694" w:type="dxa"/>
          </w:tcPr>
          <w:p w14:paraId="0BE2ADF4" w14:textId="77777777" w:rsidR="0052364A" w:rsidRDefault="002D7DF1">
            <w:r>
              <w:rPr>
                <w:sz w:val="21"/>
              </w:rPr>
              <w:t>Perawatan</w:t>
            </w:r>
          </w:p>
        </w:tc>
        <w:tc>
          <w:tcPr>
            <w:tcW w:w="5861" w:type="dxa"/>
          </w:tcPr>
          <w:p w14:paraId="12381819" w14:textId="77777777" w:rsidR="0052364A" w:rsidRDefault="002D7DF1">
            <w:r>
              <w:rPr>
                <w:sz w:val="21"/>
              </w:rPr>
              <w:t>...</w:t>
            </w:r>
          </w:p>
        </w:tc>
      </w:tr>
      <w:tr w:rsidR="0052364A" w14:paraId="66516F0B" w14:textId="77777777" w:rsidTr="002D7DF1">
        <w:trPr>
          <w:jc w:val="center"/>
        </w:trPr>
        <w:tc>
          <w:tcPr>
            <w:tcW w:w="568" w:type="dxa"/>
          </w:tcPr>
          <w:p w14:paraId="0456D8C2" w14:textId="77777777" w:rsidR="0052364A" w:rsidRDefault="002D7DF1">
            <w:r>
              <w:rPr>
                <w:sz w:val="21"/>
              </w:rPr>
              <w:t>12</w:t>
            </w:r>
          </w:p>
        </w:tc>
        <w:tc>
          <w:tcPr>
            <w:tcW w:w="2694" w:type="dxa"/>
          </w:tcPr>
          <w:p w14:paraId="12C63F9B" w14:textId="77777777" w:rsidR="0052364A" w:rsidRDefault="002D7DF1">
            <w:r>
              <w:rPr>
                <w:sz w:val="21"/>
              </w:rPr>
              <w:t>Estimasi penggunaan</w:t>
            </w:r>
          </w:p>
        </w:tc>
        <w:tc>
          <w:tcPr>
            <w:tcW w:w="5861" w:type="dxa"/>
          </w:tcPr>
          <w:p w14:paraId="5A82C877" w14:textId="77777777" w:rsidR="0052364A" w:rsidRDefault="002D7DF1">
            <w:r>
              <w:rPr>
                <w:sz w:val="21"/>
              </w:rPr>
              <w:t>...</w:t>
            </w:r>
          </w:p>
        </w:tc>
      </w:tr>
      <w:tr w:rsidR="0052364A" w14:paraId="4711D879" w14:textId="77777777" w:rsidTr="002D7DF1">
        <w:trPr>
          <w:jc w:val="center"/>
        </w:trPr>
        <w:tc>
          <w:tcPr>
            <w:tcW w:w="568" w:type="dxa"/>
          </w:tcPr>
          <w:p w14:paraId="5D1DF5D3" w14:textId="77777777" w:rsidR="0052364A" w:rsidRDefault="002D7DF1">
            <w:r>
              <w:rPr>
                <w:sz w:val="21"/>
              </w:rPr>
              <w:t>13</w:t>
            </w:r>
          </w:p>
        </w:tc>
        <w:tc>
          <w:tcPr>
            <w:tcW w:w="2694" w:type="dxa"/>
          </w:tcPr>
          <w:p w14:paraId="616C9104" w14:textId="77777777" w:rsidR="0052364A" w:rsidRDefault="002D7DF1">
            <w:r>
              <w:rPr>
                <w:sz w:val="21"/>
              </w:rPr>
              <w:t>Ruang yang sesuai</w:t>
            </w:r>
          </w:p>
        </w:tc>
        <w:tc>
          <w:tcPr>
            <w:tcW w:w="5861" w:type="dxa"/>
          </w:tcPr>
          <w:p w14:paraId="1D043FD7" w14:textId="77777777" w:rsidR="0052364A" w:rsidRDefault="002D7DF1">
            <w:r>
              <w:rPr>
                <w:sz w:val="21"/>
              </w:rPr>
              <w:t>...</w:t>
            </w:r>
          </w:p>
        </w:tc>
      </w:tr>
      <w:tr w:rsidR="0052364A" w14:paraId="500AF60D" w14:textId="77777777" w:rsidTr="002D7DF1">
        <w:trPr>
          <w:jc w:val="center"/>
        </w:trPr>
        <w:tc>
          <w:tcPr>
            <w:tcW w:w="568" w:type="dxa"/>
          </w:tcPr>
          <w:p w14:paraId="12AA6ABC" w14:textId="77777777" w:rsidR="0052364A" w:rsidRDefault="002D7DF1">
            <w:r>
              <w:rPr>
                <w:sz w:val="21"/>
              </w:rPr>
              <w:t>14</w:t>
            </w:r>
          </w:p>
        </w:tc>
        <w:tc>
          <w:tcPr>
            <w:tcW w:w="2694" w:type="dxa"/>
          </w:tcPr>
          <w:p w14:paraId="2ECD5A6E" w14:textId="77777777" w:rsidR="0052364A" w:rsidRDefault="002D7DF1">
            <w:r>
              <w:rPr>
                <w:sz w:val="21"/>
              </w:rPr>
              <w:t>Konsep interior yang sesuai</w:t>
            </w:r>
          </w:p>
        </w:tc>
        <w:tc>
          <w:tcPr>
            <w:tcW w:w="5861" w:type="dxa"/>
          </w:tcPr>
          <w:p w14:paraId="17130747" w14:textId="77777777" w:rsidR="0052364A" w:rsidRDefault="002D7DF1">
            <w:r>
              <w:rPr>
                <w:sz w:val="21"/>
              </w:rPr>
              <w:t>...</w:t>
            </w:r>
          </w:p>
        </w:tc>
      </w:tr>
      <w:tr w:rsidR="0052364A" w14:paraId="133EE573" w14:textId="77777777" w:rsidTr="002D7DF1">
        <w:trPr>
          <w:jc w:val="center"/>
        </w:trPr>
        <w:tc>
          <w:tcPr>
            <w:tcW w:w="568" w:type="dxa"/>
          </w:tcPr>
          <w:p w14:paraId="4F8E2098" w14:textId="77777777" w:rsidR="0052364A" w:rsidRDefault="002D7DF1">
            <w:r>
              <w:rPr>
                <w:sz w:val="21"/>
              </w:rPr>
              <w:t>15</w:t>
            </w:r>
          </w:p>
        </w:tc>
        <w:tc>
          <w:tcPr>
            <w:tcW w:w="2694" w:type="dxa"/>
          </w:tcPr>
          <w:p w14:paraId="1A855930" w14:textId="77777777" w:rsidR="0052364A" w:rsidRDefault="002D7DF1">
            <w:r>
              <w:rPr>
                <w:sz w:val="21"/>
              </w:rPr>
              <w:t>Aspek keberlanjutan</w:t>
            </w:r>
          </w:p>
        </w:tc>
        <w:tc>
          <w:tcPr>
            <w:tcW w:w="5861" w:type="dxa"/>
          </w:tcPr>
          <w:p w14:paraId="08BB447B" w14:textId="77777777" w:rsidR="0052364A" w:rsidRDefault="002D7DF1">
            <w:r>
              <w:rPr>
                <w:sz w:val="21"/>
              </w:rPr>
              <w:t>...</w:t>
            </w:r>
          </w:p>
        </w:tc>
      </w:tr>
      <w:tr w:rsidR="0052364A" w14:paraId="189A2452" w14:textId="77777777" w:rsidTr="002D7DF1">
        <w:trPr>
          <w:jc w:val="center"/>
        </w:trPr>
        <w:tc>
          <w:tcPr>
            <w:tcW w:w="568" w:type="dxa"/>
          </w:tcPr>
          <w:p w14:paraId="6EF51A2E" w14:textId="77777777" w:rsidR="0052364A" w:rsidRDefault="002D7DF1">
            <w:r>
              <w:rPr>
                <w:sz w:val="21"/>
              </w:rPr>
              <w:t>16</w:t>
            </w:r>
          </w:p>
        </w:tc>
        <w:tc>
          <w:tcPr>
            <w:tcW w:w="2694" w:type="dxa"/>
          </w:tcPr>
          <w:p w14:paraId="4BFA59C3" w14:textId="77777777" w:rsidR="0052364A" w:rsidRDefault="002D7DF1">
            <w:r>
              <w:rPr>
                <w:sz w:val="21"/>
              </w:rPr>
              <w:t>Inovasi/teknologi</w:t>
            </w:r>
          </w:p>
        </w:tc>
        <w:tc>
          <w:tcPr>
            <w:tcW w:w="5861" w:type="dxa"/>
          </w:tcPr>
          <w:p w14:paraId="5E525BD7" w14:textId="77777777" w:rsidR="0052364A" w:rsidRDefault="002D7DF1">
            <w:r>
              <w:rPr>
                <w:sz w:val="21"/>
              </w:rPr>
              <w:t>...</w:t>
            </w:r>
          </w:p>
        </w:tc>
      </w:tr>
      <w:tr w:rsidR="0052364A" w14:paraId="2AF62D9E" w14:textId="77777777" w:rsidTr="002D7DF1">
        <w:trPr>
          <w:jc w:val="center"/>
        </w:trPr>
        <w:tc>
          <w:tcPr>
            <w:tcW w:w="568" w:type="dxa"/>
          </w:tcPr>
          <w:p w14:paraId="6C700FC4" w14:textId="77777777" w:rsidR="0052364A" w:rsidRDefault="002D7DF1">
            <w:r>
              <w:rPr>
                <w:sz w:val="21"/>
              </w:rPr>
              <w:t>17</w:t>
            </w:r>
          </w:p>
        </w:tc>
        <w:tc>
          <w:tcPr>
            <w:tcW w:w="2694" w:type="dxa"/>
          </w:tcPr>
          <w:p w14:paraId="2219B1F7" w14:textId="77777777" w:rsidR="0052364A" w:rsidRDefault="002D7DF1">
            <w:r>
              <w:rPr>
                <w:sz w:val="21"/>
              </w:rPr>
              <w:t>Sumber informasi</w:t>
            </w:r>
          </w:p>
        </w:tc>
        <w:tc>
          <w:tcPr>
            <w:tcW w:w="5861" w:type="dxa"/>
          </w:tcPr>
          <w:p w14:paraId="4ECD099A" w14:textId="77777777" w:rsidR="0052364A" w:rsidRDefault="002D7DF1">
            <w:r>
              <w:rPr>
                <w:sz w:val="21"/>
              </w:rPr>
              <w:t>...</w:t>
            </w:r>
          </w:p>
        </w:tc>
      </w:tr>
    </w:tbl>
    <w:p w14:paraId="4140C39D" w14:textId="77777777" w:rsidR="0052364A" w:rsidRDefault="002D7DF1">
      <w:pPr>
        <w:spacing w:after="160"/>
      </w:pPr>
      <w:r>
        <w:t xml:space="preserve">Dokumentasi: mahasiswa diperbolehkan </w:t>
      </w:r>
      <w:r>
        <w:t>mengambil foto produk, display, booth, katalog, atau informasi teknis dengan tetap memperhatikan izin dari pihak exhibitor.</w:t>
      </w:r>
    </w:p>
    <w:p w14:paraId="6C9D473B" w14:textId="77777777" w:rsidR="0052364A" w:rsidRDefault="002D7DF1">
      <w:pPr>
        <w:spacing w:before="160" w:after="120"/>
      </w:pPr>
      <w:r>
        <w:rPr>
          <w:b/>
          <w:sz w:val="28"/>
        </w:rPr>
        <w:t>D. ANALISIS DESAIN</w:t>
      </w:r>
    </w:p>
    <w:p w14:paraId="68C2A388" w14:textId="77777777" w:rsidR="0052364A" w:rsidRDefault="002D7DF1">
      <w:pPr>
        <w:spacing w:after="120"/>
      </w:pPr>
      <w:r>
        <w:t>Setelah mendapatkan data, mahasiswa tidak cukup hanya mendeskripsikan produk. Mereka harus menjawab:</w:t>
      </w:r>
    </w:p>
    <w:p w14:paraId="0E08976A" w14:textId="77777777" w:rsidR="0052364A" w:rsidRDefault="002D7DF1">
      <w:pPr>
        <w:spacing w:after="120"/>
      </w:pPr>
      <w:r>
        <w:rPr>
          <w:b/>
        </w:rPr>
        <w:t>"Mengapa material tersebut layak digunakan dalam desain interior?"</w:t>
      </w:r>
    </w:p>
    <w:p w14:paraId="7AA56C69" w14:textId="77777777" w:rsidR="0052364A" w:rsidRDefault="002D7DF1">
      <w:pPr>
        <w:spacing w:after="80"/>
      </w:pPr>
      <w:r>
        <w:rPr>
          <w:b/>
        </w:rPr>
        <w:t xml:space="preserve">1. Aspek Estetika  </w:t>
      </w:r>
      <w:r>
        <w:t>Bagaimana warna, tekstur, pola dan karakter visual material memengaruhi tampilan ruang?</w:t>
      </w:r>
    </w:p>
    <w:p w14:paraId="373CED1C" w14:textId="77777777" w:rsidR="0052364A" w:rsidRDefault="002D7DF1">
      <w:pPr>
        <w:spacing w:after="80"/>
      </w:pPr>
      <w:r>
        <w:rPr>
          <w:b/>
        </w:rPr>
        <w:t xml:space="preserve">2. Aspek Fungsional  </w:t>
      </w:r>
      <w:r>
        <w:t xml:space="preserve">Apa fungsi utama material dan kebutuhan ruang apa yang dapat </w:t>
      </w:r>
      <w:r>
        <w:t>diselesaikan?</w:t>
      </w:r>
    </w:p>
    <w:p w14:paraId="3761137B" w14:textId="77777777" w:rsidR="0052364A" w:rsidRDefault="002D7DF1">
      <w:pPr>
        <w:spacing w:after="80"/>
      </w:pPr>
      <w:r>
        <w:rPr>
          <w:b/>
        </w:rPr>
        <w:t xml:space="preserve">3. Aspek Teknis  </w:t>
      </w:r>
      <w:r>
        <w:t>Bagaimana material dipasang, digunakan, dirawat, dan apa persyaratan teknisnya?</w:t>
      </w:r>
    </w:p>
    <w:p w14:paraId="22351407" w14:textId="77777777" w:rsidR="0052364A" w:rsidRDefault="002D7DF1">
      <w:pPr>
        <w:spacing w:after="80"/>
      </w:pPr>
      <w:r>
        <w:rPr>
          <w:b/>
        </w:rPr>
        <w:t xml:space="preserve">4. Aspek Ergonomi dan Kenyamanan  </w:t>
      </w:r>
      <w:r>
        <w:t>Apakah material memberikan kenyamanan bagi pengguna?</w:t>
      </w:r>
    </w:p>
    <w:p w14:paraId="694E08D0" w14:textId="77777777" w:rsidR="0052364A" w:rsidRDefault="002D7DF1">
      <w:pPr>
        <w:spacing w:after="80"/>
      </w:pPr>
      <w:r>
        <w:rPr>
          <w:b/>
        </w:rPr>
        <w:t xml:space="preserve">5. Aspek Keamanan  </w:t>
      </w:r>
      <w:r>
        <w:t xml:space="preserve">Apakah terdapat </w:t>
      </w:r>
      <w:r>
        <w:t>pertimbangan seperti ketahanan, permukaan licin, api, kelembapan, dan sebagainya?</w:t>
      </w:r>
    </w:p>
    <w:p w14:paraId="71B4FD35" w14:textId="77777777" w:rsidR="0052364A" w:rsidRDefault="002D7DF1">
      <w:pPr>
        <w:spacing w:after="80"/>
      </w:pPr>
      <w:r>
        <w:rPr>
          <w:b/>
        </w:rPr>
        <w:t xml:space="preserve">6. Aspek Sustainability/Eco Design  </w:t>
      </w:r>
      <w:r>
        <w:t>Apakah material memiliki potensi untuk mendukung desain berkelanjutan?</w:t>
      </w:r>
    </w:p>
    <w:p w14:paraId="4762DECD" w14:textId="77777777" w:rsidR="0052364A" w:rsidRDefault="002D7DF1">
      <w:pPr>
        <w:spacing w:after="80"/>
      </w:pPr>
      <w:r>
        <w:rPr>
          <w:b/>
        </w:rPr>
        <w:lastRenderedPageBreak/>
        <w:t xml:space="preserve">7. Aspek Ekonomi  </w:t>
      </w:r>
      <w:r>
        <w:t>Apakah material tersebut realistis digunakan berd</w:t>
      </w:r>
      <w:r>
        <w:t>asarkan biaya, ketersediaan, dan umur pakai?</w:t>
      </w:r>
    </w:p>
    <w:p w14:paraId="370A44C0" w14:textId="77777777" w:rsidR="0052364A" w:rsidRDefault="002D7DF1">
      <w:pPr>
        <w:spacing w:before="160" w:after="120"/>
      </w:pPr>
      <w:r>
        <w:rPr>
          <w:b/>
          <w:sz w:val="28"/>
        </w:rPr>
        <w:t>E. TUGAS UTAMA: "MATERIAL TO DESIGN"</w:t>
      </w:r>
    </w:p>
    <w:p w14:paraId="1FFC5145" w14:textId="77777777" w:rsidR="0052364A" w:rsidRDefault="002D7DF1">
      <w:pPr>
        <w:spacing w:after="120"/>
      </w:pPr>
      <w:r>
        <w:t>Ini dapat menjadi bagian paling penting dari tugas.</w:t>
      </w:r>
    </w:p>
    <w:p w14:paraId="2DC67D8A" w14:textId="77777777" w:rsidR="0052364A" w:rsidRDefault="002D7DF1">
      <w:pPr>
        <w:spacing w:after="120"/>
      </w:pPr>
      <w:r>
        <w:t>Mahasiswa memilih 3 material terbaik dari hasil observasi kemudian membuat simulasi penerapannya.</w:t>
      </w:r>
    </w:p>
    <w:p w14:paraId="32CAD6D3" w14:textId="77777777" w:rsidR="0052364A" w:rsidRDefault="002D7DF1">
      <w:pPr>
        <w:spacing w:after="120"/>
      </w:pPr>
      <w:r>
        <w:rPr>
          <w:b/>
        </w:rPr>
        <w:t>Contoh:</w:t>
      </w:r>
    </w:p>
    <w:p w14:paraId="2AA01F44" w14:textId="77777777" w:rsidR="0052364A" w:rsidRDefault="002D7DF1">
      <w:pPr>
        <w:spacing w:after="120"/>
      </w:pPr>
      <w:r>
        <w:t xml:space="preserve">Material: Panel </w:t>
      </w:r>
      <w:r>
        <w:t>dinding bermotif kayu</w:t>
      </w:r>
    </w:p>
    <w:p w14:paraId="5BDC3989" w14:textId="77777777" w:rsidR="0052364A" w:rsidRDefault="002D7DF1">
      <w:pPr>
        <w:spacing w:after="120"/>
      </w:pPr>
      <w:r>
        <w:t>Konsep: Japandi</w:t>
      </w:r>
    </w:p>
    <w:p w14:paraId="2A9821B3" w14:textId="77777777" w:rsidR="0052364A" w:rsidRDefault="002D7DF1">
      <w:pPr>
        <w:spacing w:after="120"/>
      </w:pPr>
      <w:r>
        <w:t>Ruang: Lobby hotel</w:t>
      </w:r>
    </w:p>
    <w:p w14:paraId="29519D35" w14:textId="77777777" w:rsidR="0052364A" w:rsidRDefault="002D7DF1">
      <w:pPr>
        <w:spacing w:after="120"/>
      </w:pPr>
      <w:r>
        <w:t>Alasan: memberikan karakter natural, warm, dan sesuai dengan konsep Japandi.</w:t>
      </w:r>
    </w:p>
    <w:p w14:paraId="3B08B12D" w14:textId="77777777" w:rsidR="0052364A" w:rsidRDefault="002D7DF1">
      <w:pPr>
        <w:spacing w:after="120"/>
      </w:pPr>
      <w:r>
        <w:t>Mahasiswa kemudian membuat:</w:t>
      </w:r>
    </w:p>
    <w:p w14:paraId="5781EAA8" w14:textId="77777777" w:rsidR="0052364A" w:rsidRDefault="002D7DF1">
      <w:pPr>
        <w:spacing w:after="120"/>
      </w:pPr>
      <w:r>
        <w:t>Material → Konsep → Ruang → Pengguna → Solusi Desain</w:t>
      </w:r>
    </w:p>
    <w:p w14:paraId="2E140AAC" w14:textId="781421C5" w:rsidR="0052364A" w:rsidRDefault="002D7DF1">
      <w:pPr>
        <w:spacing w:after="120"/>
      </w:pPr>
      <w:r>
        <w:t>Sehingga mahasiswa belajar bahwa pemiliha</w:t>
      </w:r>
      <w:r>
        <w:t>n material bukan hanya berdasarkan bagus atau tidaknya material, tetapi berdasarkan kesesuaian terhadap kebutuhan desain.</w:t>
      </w:r>
    </w:p>
    <w:p w14:paraId="37607CA0" w14:textId="0B99DBEC" w:rsidR="002D7DF1" w:rsidRDefault="002D7DF1">
      <w:pPr>
        <w:spacing w:after="120"/>
      </w:pPr>
    </w:p>
    <w:p w14:paraId="28969F63" w14:textId="356D6AB6" w:rsidR="002D7DF1" w:rsidRDefault="002D7DF1">
      <w:pPr>
        <w:spacing w:after="120"/>
      </w:pPr>
    </w:p>
    <w:p w14:paraId="41A3A87A" w14:textId="3E831A6D" w:rsidR="002D7DF1" w:rsidRDefault="002D7DF1">
      <w:pPr>
        <w:spacing w:after="120"/>
      </w:pPr>
    </w:p>
    <w:p w14:paraId="469993BA" w14:textId="0CC50F08" w:rsidR="002D7DF1" w:rsidRDefault="002D7DF1">
      <w:pPr>
        <w:spacing w:after="120"/>
      </w:pPr>
    </w:p>
    <w:p w14:paraId="7EDE4BD1" w14:textId="310F8DAF" w:rsidR="002D7DF1" w:rsidRDefault="002D7DF1">
      <w:pPr>
        <w:spacing w:after="120"/>
      </w:pPr>
    </w:p>
    <w:p w14:paraId="3CBB36AF" w14:textId="752DB5AE" w:rsidR="002D7DF1" w:rsidRDefault="002D7DF1">
      <w:pPr>
        <w:spacing w:after="120"/>
      </w:pPr>
    </w:p>
    <w:p w14:paraId="759FD9CE" w14:textId="1073AEF2" w:rsidR="002D7DF1" w:rsidRDefault="002D7DF1">
      <w:pPr>
        <w:spacing w:after="120"/>
      </w:pPr>
    </w:p>
    <w:p w14:paraId="410B3E2D" w14:textId="675D0A07" w:rsidR="002D7DF1" w:rsidRDefault="002D7DF1">
      <w:pPr>
        <w:spacing w:after="120"/>
      </w:pPr>
    </w:p>
    <w:p w14:paraId="7756ABE5" w14:textId="530D6BF9" w:rsidR="002D7DF1" w:rsidRDefault="002D7DF1">
      <w:pPr>
        <w:spacing w:after="120"/>
      </w:pPr>
    </w:p>
    <w:p w14:paraId="44F40BFE" w14:textId="617CF5A0" w:rsidR="002D7DF1" w:rsidRDefault="002D7DF1">
      <w:pPr>
        <w:spacing w:after="120"/>
      </w:pPr>
    </w:p>
    <w:p w14:paraId="11E7D99D" w14:textId="06941163" w:rsidR="002D7DF1" w:rsidRDefault="002D7DF1">
      <w:pPr>
        <w:spacing w:after="120"/>
      </w:pPr>
    </w:p>
    <w:p w14:paraId="796BC306" w14:textId="3625C8FF" w:rsidR="002D7DF1" w:rsidRDefault="002D7DF1">
      <w:pPr>
        <w:spacing w:after="120"/>
      </w:pPr>
    </w:p>
    <w:p w14:paraId="629CB660" w14:textId="310D759D" w:rsidR="002D7DF1" w:rsidRDefault="002D7DF1">
      <w:pPr>
        <w:spacing w:after="120"/>
      </w:pPr>
    </w:p>
    <w:p w14:paraId="6C65E1B9" w14:textId="1B91604F" w:rsidR="002D7DF1" w:rsidRDefault="002D7DF1">
      <w:pPr>
        <w:spacing w:after="120"/>
      </w:pPr>
    </w:p>
    <w:p w14:paraId="332871F8" w14:textId="77777777" w:rsidR="002D7DF1" w:rsidRDefault="002D7DF1">
      <w:pPr>
        <w:spacing w:after="120"/>
      </w:pPr>
    </w:p>
    <w:p w14:paraId="51EA2194" w14:textId="77777777" w:rsidR="0052364A" w:rsidRDefault="002D7DF1">
      <w:pPr>
        <w:spacing w:before="160" w:after="120"/>
      </w:pPr>
      <w:r>
        <w:rPr>
          <w:b/>
          <w:sz w:val="28"/>
        </w:rPr>
        <w:lastRenderedPageBreak/>
        <w:t>F. OUTPUT TUGAS</w:t>
      </w:r>
    </w:p>
    <w:p w14:paraId="1E171458" w14:textId="77777777" w:rsidR="0052364A" w:rsidRDefault="002D7DF1">
      <w:pPr>
        <w:spacing w:after="120"/>
      </w:pPr>
      <w:r>
        <w:t>Mahasiswa mengumpulkan 1 laporan observasi individu dengan struktur:</w:t>
      </w:r>
    </w:p>
    <w:p w14:paraId="767424D2" w14:textId="77777777" w:rsidR="0052364A" w:rsidRDefault="002D7DF1">
      <w:pPr>
        <w:pStyle w:val="ListBullet"/>
        <w:spacing w:after="60"/>
      </w:pPr>
      <w:r>
        <w:t>COVER</w:t>
      </w:r>
      <w:r>
        <w:br/>
        <w:t>Nama</w:t>
      </w:r>
      <w:r>
        <w:br/>
        <w:t>NPM</w:t>
      </w:r>
      <w:r>
        <w:br/>
        <w:t>Kelas</w:t>
      </w:r>
      <w:r>
        <w:br/>
        <w:t>Mata Kuliah</w:t>
      </w:r>
      <w:r>
        <w:br/>
        <w:t>Nama kegiatan</w:t>
      </w:r>
      <w:r>
        <w:br/>
        <w:t>Ta</w:t>
      </w:r>
      <w:r>
        <w:t>nggal kegiatan</w:t>
      </w:r>
    </w:p>
    <w:p w14:paraId="2C943549" w14:textId="6EFFF652" w:rsidR="0052364A" w:rsidRDefault="002D7DF1">
      <w:pPr>
        <w:pStyle w:val="ListBullet"/>
        <w:spacing w:after="60"/>
      </w:pPr>
      <w:r>
        <w:t>BAB I</w:t>
      </w:r>
      <w:r>
        <w:t xml:space="preserve"> – HASIL OBSERVASI</w:t>
      </w:r>
      <w:r>
        <w:br/>
        <w:t>- Profil event</w:t>
      </w:r>
      <w:r>
        <w:br/>
        <w:t>- Produk/material yang ditemukan</w:t>
      </w:r>
      <w:r>
        <w:br/>
        <w:t>- Dokumentasi produk</w:t>
      </w:r>
      <w:r>
        <w:br/>
        <w:t>- Data teknis material</w:t>
      </w:r>
    </w:p>
    <w:p w14:paraId="4CCCF99A" w14:textId="6C99ACB6" w:rsidR="0052364A" w:rsidRDefault="002D7DF1">
      <w:pPr>
        <w:pStyle w:val="ListBullet"/>
        <w:spacing w:after="60"/>
      </w:pPr>
      <w:r>
        <w:t>BAB II</w:t>
      </w:r>
      <w:r>
        <w:t xml:space="preserve"> – ANALISIS</w:t>
      </w:r>
      <w:r>
        <w:br/>
        <w:t>- Analisis karakteris</w:t>
      </w:r>
      <w:r>
        <w:t>tik material</w:t>
      </w:r>
      <w:r>
        <w:br/>
        <w:t>- Analisis estetika</w:t>
      </w:r>
      <w:r>
        <w:br/>
        <w:t>- Analisis fungsi</w:t>
      </w:r>
      <w:r>
        <w:br/>
        <w:t>- Analisis teknis</w:t>
      </w:r>
      <w:r>
        <w:br/>
        <w:t>- Analisis sustainability</w:t>
      </w:r>
      <w:r>
        <w:br/>
        <w:t>- Analisis penerapan pada interior</w:t>
      </w:r>
    </w:p>
    <w:p w14:paraId="6E9058BE" w14:textId="1866547C" w:rsidR="0052364A" w:rsidRDefault="002D7DF1">
      <w:pPr>
        <w:pStyle w:val="ListBullet"/>
        <w:spacing w:after="60"/>
      </w:pPr>
      <w:r>
        <w:t>BAB III</w:t>
      </w:r>
      <w:r>
        <w:t xml:space="preserve"> – MATERIAL TO DESIGN</w:t>
      </w:r>
      <w:r>
        <w:br/>
        <w:t>Minimal 3 material pilihan dan penerapannya pada desain interior.</w:t>
      </w:r>
    </w:p>
    <w:p w14:paraId="32A95C06" w14:textId="31A90492" w:rsidR="0052364A" w:rsidRDefault="002D7DF1">
      <w:pPr>
        <w:pStyle w:val="ListBullet"/>
        <w:spacing w:after="60"/>
      </w:pPr>
      <w:r>
        <w:t>BAB I</w:t>
      </w:r>
      <w:r>
        <w:t>V – REFLEKSI &amp; KESIMPULAN</w:t>
      </w:r>
      <w:r>
        <w:br/>
        <w:t>Mahasiswa menja</w:t>
      </w:r>
      <w:r>
        <w:t>wab:</w:t>
      </w:r>
      <w:r>
        <w:br/>
        <w:t>"Apa pengetahuan baru tentang material dan industri interior yang saya dapatkan setelah mengikuti CONNEXT+ yang sebelumnya belum saya dapatkan di kelas?"</w:t>
      </w:r>
    </w:p>
    <w:p w14:paraId="3C2127D6" w14:textId="5F020B91" w:rsidR="002D7DF1" w:rsidRDefault="002D7DF1" w:rsidP="002D7DF1">
      <w:pPr>
        <w:pStyle w:val="ListBullet"/>
        <w:numPr>
          <w:ilvl w:val="0"/>
          <w:numId w:val="0"/>
        </w:numPr>
        <w:spacing w:after="60"/>
        <w:ind w:left="360" w:hanging="360"/>
      </w:pPr>
    </w:p>
    <w:p w14:paraId="6C8296CF" w14:textId="68E07AEF" w:rsidR="002D7DF1" w:rsidRDefault="002D7DF1" w:rsidP="002D7DF1">
      <w:pPr>
        <w:pStyle w:val="ListBullet"/>
        <w:numPr>
          <w:ilvl w:val="0"/>
          <w:numId w:val="0"/>
        </w:numPr>
        <w:spacing w:after="60"/>
        <w:ind w:left="360" w:hanging="360"/>
      </w:pPr>
    </w:p>
    <w:p w14:paraId="06D906DB" w14:textId="4EE8C5D7" w:rsidR="002D7DF1" w:rsidRDefault="002D7DF1" w:rsidP="002D7DF1">
      <w:pPr>
        <w:pStyle w:val="ListBullet"/>
        <w:numPr>
          <w:ilvl w:val="0"/>
          <w:numId w:val="0"/>
        </w:numPr>
        <w:spacing w:after="60"/>
        <w:ind w:left="360" w:hanging="360"/>
      </w:pPr>
    </w:p>
    <w:p w14:paraId="52FAB17B" w14:textId="7677967E" w:rsidR="002D7DF1" w:rsidRDefault="002D7DF1" w:rsidP="002D7DF1">
      <w:pPr>
        <w:pStyle w:val="ListBullet"/>
        <w:numPr>
          <w:ilvl w:val="0"/>
          <w:numId w:val="0"/>
        </w:numPr>
        <w:spacing w:after="60"/>
        <w:ind w:left="360" w:hanging="360"/>
      </w:pPr>
    </w:p>
    <w:p w14:paraId="64D565AB" w14:textId="69AA41BC" w:rsidR="002D7DF1" w:rsidRDefault="002D7DF1" w:rsidP="002D7DF1">
      <w:pPr>
        <w:pStyle w:val="ListBullet"/>
        <w:numPr>
          <w:ilvl w:val="0"/>
          <w:numId w:val="0"/>
        </w:numPr>
        <w:spacing w:after="60"/>
        <w:ind w:left="360" w:hanging="360"/>
      </w:pPr>
    </w:p>
    <w:p w14:paraId="43A8C9B9" w14:textId="3D4FA4C9" w:rsidR="002D7DF1" w:rsidRDefault="002D7DF1" w:rsidP="002D7DF1">
      <w:pPr>
        <w:pStyle w:val="ListBullet"/>
        <w:numPr>
          <w:ilvl w:val="0"/>
          <w:numId w:val="0"/>
        </w:numPr>
        <w:spacing w:after="60"/>
        <w:ind w:left="360" w:hanging="360"/>
      </w:pPr>
    </w:p>
    <w:p w14:paraId="3371800C" w14:textId="244A1BB6" w:rsidR="002D7DF1" w:rsidRDefault="002D7DF1" w:rsidP="002D7DF1">
      <w:pPr>
        <w:pStyle w:val="ListBullet"/>
        <w:numPr>
          <w:ilvl w:val="0"/>
          <w:numId w:val="0"/>
        </w:numPr>
        <w:spacing w:after="60"/>
        <w:ind w:left="360" w:hanging="360"/>
      </w:pPr>
    </w:p>
    <w:p w14:paraId="4A15D64E" w14:textId="42CB4939" w:rsidR="002D7DF1" w:rsidRDefault="002D7DF1" w:rsidP="002D7DF1">
      <w:pPr>
        <w:pStyle w:val="ListBullet"/>
        <w:numPr>
          <w:ilvl w:val="0"/>
          <w:numId w:val="0"/>
        </w:numPr>
        <w:spacing w:after="60"/>
        <w:ind w:left="360" w:hanging="360"/>
      </w:pPr>
    </w:p>
    <w:p w14:paraId="0BC4F636" w14:textId="1E263BAD" w:rsidR="002D7DF1" w:rsidRDefault="002D7DF1" w:rsidP="002D7DF1">
      <w:pPr>
        <w:pStyle w:val="ListBullet"/>
        <w:numPr>
          <w:ilvl w:val="0"/>
          <w:numId w:val="0"/>
        </w:numPr>
        <w:spacing w:after="60"/>
        <w:ind w:left="360" w:hanging="360"/>
      </w:pPr>
    </w:p>
    <w:p w14:paraId="3BCC2F51" w14:textId="23401D9B" w:rsidR="002D7DF1" w:rsidRDefault="002D7DF1" w:rsidP="002D7DF1">
      <w:pPr>
        <w:pStyle w:val="ListBullet"/>
        <w:numPr>
          <w:ilvl w:val="0"/>
          <w:numId w:val="0"/>
        </w:numPr>
        <w:spacing w:after="60"/>
        <w:ind w:left="360" w:hanging="360"/>
      </w:pPr>
    </w:p>
    <w:p w14:paraId="6DBC7B5A" w14:textId="72D526CD" w:rsidR="002D7DF1" w:rsidRDefault="002D7DF1" w:rsidP="002D7DF1">
      <w:pPr>
        <w:pStyle w:val="ListBullet"/>
        <w:numPr>
          <w:ilvl w:val="0"/>
          <w:numId w:val="0"/>
        </w:numPr>
        <w:spacing w:after="60"/>
        <w:ind w:left="360" w:hanging="360"/>
      </w:pPr>
    </w:p>
    <w:p w14:paraId="763E7118" w14:textId="77777777" w:rsidR="002D7DF1" w:rsidRDefault="002D7DF1" w:rsidP="002D7DF1">
      <w:pPr>
        <w:pStyle w:val="ListBullet"/>
        <w:numPr>
          <w:ilvl w:val="0"/>
          <w:numId w:val="0"/>
        </w:numPr>
        <w:spacing w:after="60"/>
        <w:ind w:left="360" w:hanging="360"/>
      </w:pPr>
    </w:p>
    <w:p w14:paraId="69E5365A" w14:textId="77777777" w:rsidR="0052364A" w:rsidRDefault="002D7DF1">
      <w:pPr>
        <w:spacing w:before="160" w:after="120"/>
      </w:pPr>
      <w:r>
        <w:rPr>
          <w:b/>
          <w:sz w:val="28"/>
        </w:rPr>
        <w:lastRenderedPageBreak/>
        <w:t>G. OUTPUT VISUAL</w:t>
      </w:r>
    </w:p>
    <w:p w14:paraId="1963185A" w14:textId="77777777" w:rsidR="0052364A" w:rsidRDefault="002D7DF1">
      <w:pPr>
        <w:spacing w:after="120"/>
      </w:pPr>
      <w:r>
        <w:t>Selain laporan, mahasiswa membuat 1 lembar Material Board.</w:t>
      </w:r>
    </w:p>
    <w:p w14:paraId="09A9FFA1" w14:textId="77777777" w:rsidR="0052364A" w:rsidRDefault="002D7DF1">
      <w:pPr>
        <w:spacing w:after="120"/>
      </w:pPr>
      <w:r>
        <w:t>Isi:</w:t>
      </w:r>
    </w:p>
    <w:p w14:paraId="59C0692D" w14:textId="77777777" w:rsidR="0052364A" w:rsidRDefault="002D7DF1">
      <w:pPr>
        <w:pStyle w:val="ListBullet"/>
        <w:spacing w:after="60"/>
      </w:pPr>
      <w:r>
        <w:t xml:space="preserve">Foto </w:t>
      </w:r>
      <w:r>
        <w:t>material</w:t>
      </w:r>
    </w:p>
    <w:p w14:paraId="458FCB33" w14:textId="77777777" w:rsidR="0052364A" w:rsidRDefault="002D7DF1">
      <w:pPr>
        <w:pStyle w:val="ListBullet"/>
        <w:spacing w:after="60"/>
      </w:pPr>
      <w:r>
        <w:t>Nama material</w:t>
      </w:r>
    </w:p>
    <w:p w14:paraId="387333ED" w14:textId="77777777" w:rsidR="0052364A" w:rsidRDefault="002D7DF1">
      <w:pPr>
        <w:pStyle w:val="ListBullet"/>
        <w:spacing w:after="60"/>
      </w:pPr>
      <w:r>
        <w:t>Brand</w:t>
      </w:r>
    </w:p>
    <w:p w14:paraId="369BE11E" w14:textId="77777777" w:rsidR="0052364A" w:rsidRDefault="002D7DF1">
      <w:pPr>
        <w:pStyle w:val="ListBullet"/>
        <w:spacing w:after="60"/>
      </w:pPr>
      <w:r>
        <w:t>Karakteristik</w:t>
      </w:r>
    </w:p>
    <w:p w14:paraId="15180375" w14:textId="77777777" w:rsidR="0052364A" w:rsidRDefault="002D7DF1">
      <w:pPr>
        <w:pStyle w:val="ListBullet"/>
        <w:spacing w:after="60"/>
      </w:pPr>
      <w:r>
        <w:t>Warna</w:t>
      </w:r>
    </w:p>
    <w:p w14:paraId="554964E3" w14:textId="77777777" w:rsidR="0052364A" w:rsidRDefault="002D7DF1">
      <w:pPr>
        <w:pStyle w:val="ListBullet"/>
        <w:spacing w:after="60"/>
      </w:pPr>
      <w:r>
        <w:t>Tekstur</w:t>
      </w:r>
    </w:p>
    <w:p w14:paraId="7BB039F1" w14:textId="77777777" w:rsidR="0052364A" w:rsidRDefault="002D7DF1">
      <w:pPr>
        <w:pStyle w:val="ListBullet"/>
        <w:spacing w:after="60"/>
      </w:pPr>
      <w:r>
        <w:t>Fungsi</w:t>
      </w:r>
    </w:p>
    <w:p w14:paraId="32ABDED1" w14:textId="77777777" w:rsidR="0052364A" w:rsidRDefault="002D7DF1">
      <w:pPr>
        <w:pStyle w:val="ListBullet"/>
        <w:spacing w:after="60"/>
      </w:pPr>
      <w:r>
        <w:t>Contoh penerapan</w:t>
      </w:r>
    </w:p>
    <w:p w14:paraId="068FD2F8" w14:textId="77777777" w:rsidR="0052364A" w:rsidRDefault="002D7DF1">
      <w:pPr>
        <w:pStyle w:val="ListBullet"/>
        <w:spacing w:after="60"/>
      </w:pPr>
      <w:r>
        <w:t>Konsep interior yang sesuai</w:t>
      </w:r>
    </w:p>
    <w:p w14:paraId="569D1BCE" w14:textId="77777777" w:rsidR="0052364A" w:rsidRDefault="002D7DF1">
      <w:pPr>
        <w:spacing w:after="120"/>
      </w:pPr>
      <w:r>
        <w:t>Kemudian buat 1 sketsa/render sederhana penerapan material pada ruang interior.</w:t>
      </w:r>
    </w:p>
    <w:p w14:paraId="64409203" w14:textId="77777777" w:rsidR="0052364A" w:rsidRDefault="002D7DF1">
      <w:pPr>
        <w:spacing w:after="120"/>
      </w:pPr>
      <w:r>
        <w:t xml:space="preserve">Dengan demikian, hasil akhirnya tidak hanya berupa laporan, </w:t>
      </w:r>
      <w:r>
        <w:t>tetapi mahasiswa menghasilkan material research + material board + penerapan desain.</w:t>
      </w:r>
    </w:p>
    <w:sectPr w:rsidR="0052364A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7DF1"/>
    <w:rsid w:val="00326F90"/>
    <w:rsid w:val="0052364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10DB96"/>
  <w14:defaultImageDpi w14:val="300"/>
  <w15:docId w15:val="{4CD1E68E-FF48-4E12-BB3A-710D0B0F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717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wahyu</cp:lastModifiedBy>
  <cp:revision>2</cp:revision>
  <dcterms:created xsi:type="dcterms:W3CDTF">2026-10-08T06:59:00Z</dcterms:created>
  <dcterms:modified xsi:type="dcterms:W3CDTF">2026-10-08T06:59:00Z</dcterms:modified>
  <cp:category/>
</cp:coreProperties>
</file>